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E0945" w14:textId="77777777" w:rsidR="00C56C88" w:rsidRDefault="00000000">
      <w:pPr>
        <w:spacing w:line="252" w:lineRule="auto"/>
        <w:jc w:val="center"/>
      </w:pPr>
      <w:proofErr w:type="spellStart"/>
      <w:r>
        <w:rPr>
          <w:b/>
          <w:sz w:val="32"/>
        </w:rPr>
        <w:t>शोध-पत्र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का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शीर्षक</w:t>
      </w:r>
      <w:proofErr w:type="spellEnd"/>
    </w:p>
    <w:p w14:paraId="0BE64847" w14:textId="77777777" w:rsidR="00C56C88" w:rsidRDefault="007E6BE2">
      <w:pPr>
        <w:spacing w:after="80" w:line="252" w:lineRule="auto"/>
        <w:jc w:val="center"/>
      </w:pPr>
      <w:proofErr w:type="spellStart"/>
      <w:r>
        <w:rPr>
          <w:b/>
          <w:sz w:val="22"/>
        </w:rPr>
        <w:t>प्रथम</w:t>
      </w:r>
      <w:proofErr w:type="spellEnd"/>
      <w:r>
        <w:rPr>
          <w:b/>
          <w:sz w:val="22"/>
        </w:rPr>
        <w:t xml:space="preserve"> लेखक¹, </w:t>
      </w:r>
      <w:proofErr w:type="spellStart"/>
      <w:r>
        <w:rPr>
          <w:b/>
          <w:sz w:val="22"/>
        </w:rPr>
        <w:t>द्वितीय</w:t>
      </w:r>
      <w:proofErr w:type="spellEnd"/>
      <w:r>
        <w:rPr>
          <w:b/>
          <w:sz w:val="22"/>
        </w:rPr>
        <w:t xml:space="preserve"> लेखक²</w:t>
      </w:r>
    </w:p>
    <w:p w14:paraId="1C6F85B7" w14:textId="77777777" w:rsidR="00C56C88" w:rsidRDefault="00000000">
      <w:pPr>
        <w:spacing w:after="80" w:line="252" w:lineRule="auto"/>
        <w:jc w:val="center"/>
      </w:pPr>
      <w:r>
        <w:rPr>
          <w:sz w:val="22"/>
        </w:rPr>
        <w:t xml:space="preserve">¹पदनाम, </w:t>
      </w:r>
      <w:proofErr w:type="spellStart"/>
      <w:r>
        <w:rPr>
          <w:sz w:val="22"/>
        </w:rPr>
        <w:t>विभाग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संस्थान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विश्वविद्यालय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शहर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राज्य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देश</w:t>
      </w:r>
      <w:proofErr w:type="spellEnd"/>
    </w:p>
    <w:p w14:paraId="7D69809D" w14:textId="77777777" w:rsidR="00C56C88" w:rsidRDefault="00000000">
      <w:pPr>
        <w:spacing w:after="80" w:line="252" w:lineRule="auto"/>
        <w:jc w:val="center"/>
      </w:pPr>
      <w:r>
        <w:rPr>
          <w:sz w:val="22"/>
        </w:rPr>
        <w:t xml:space="preserve">²पदनाम, </w:t>
      </w:r>
      <w:proofErr w:type="spellStart"/>
      <w:r>
        <w:rPr>
          <w:sz w:val="22"/>
        </w:rPr>
        <w:t>विभाग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संस्थान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विश्वविद्यालय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शहर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राज्य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देश</w:t>
      </w:r>
      <w:proofErr w:type="spellEnd"/>
    </w:p>
    <w:p w14:paraId="5377FDA5" w14:textId="77777777" w:rsidR="00C56C88" w:rsidRDefault="00000000">
      <w:pPr>
        <w:spacing w:after="80" w:line="252" w:lineRule="auto"/>
        <w:jc w:val="center"/>
      </w:pPr>
      <w:proofErr w:type="spellStart"/>
      <w:r>
        <w:rPr>
          <w:i/>
          <w:sz w:val="22"/>
        </w:rPr>
        <w:t>संपर्क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लेखक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ईमेल</w:t>
      </w:r>
      <w:proofErr w:type="spellEnd"/>
      <w:r>
        <w:rPr>
          <w:i/>
          <w:sz w:val="22"/>
        </w:rPr>
        <w:t>: email@example.com</w:t>
      </w:r>
    </w:p>
    <w:p w14:paraId="3D4A9176" w14:textId="77777777" w:rsidR="00C56C88" w:rsidRDefault="00000000">
      <w:pPr>
        <w:spacing w:before="160" w:after="120"/>
      </w:pPr>
      <w:proofErr w:type="spellStart"/>
      <w:r>
        <w:rPr>
          <w:b/>
        </w:rPr>
        <w:t>सारांश</w:t>
      </w:r>
      <w:proofErr w:type="spellEnd"/>
    </w:p>
    <w:p w14:paraId="70BB32A2" w14:textId="77777777" w:rsidR="00C56C88" w:rsidRDefault="00000000" w:rsidP="004209E9">
      <w:pPr>
        <w:ind w:firstLine="720"/>
        <w:jc w:val="both"/>
      </w:pPr>
      <w:proofErr w:type="spellStart"/>
      <w:r>
        <w:t>यह</w:t>
      </w:r>
      <w:proofErr w:type="spellEnd"/>
      <w:r>
        <w:t xml:space="preserve"> </w:t>
      </w:r>
      <w:proofErr w:type="spellStart"/>
      <w:r>
        <w:t>शोध-पत्र</w:t>
      </w:r>
      <w:proofErr w:type="spellEnd"/>
      <w:r>
        <w:t xml:space="preserve"> </w:t>
      </w:r>
      <w:proofErr w:type="spellStart"/>
      <w:r>
        <w:t>चयनित</w:t>
      </w:r>
      <w:proofErr w:type="spellEnd"/>
      <w:r>
        <w:t xml:space="preserve"> </w:t>
      </w:r>
      <w:proofErr w:type="spellStart"/>
      <w:r>
        <w:t>शोध-विषय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सुव्यवस्थित</w:t>
      </w:r>
      <w:proofErr w:type="spellEnd"/>
      <w:r>
        <w:t xml:space="preserve"> </w:t>
      </w:r>
      <w:proofErr w:type="spellStart"/>
      <w:r>
        <w:t>अकादमिक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प्रस्तुत</w:t>
      </w:r>
      <w:proofErr w:type="spellEnd"/>
      <w:r>
        <w:t xml:space="preserve"> </w:t>
      </w:r>
      <w:proofErr w:type="spellStart"/>
      <w:r>
        <w:t>करता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, </w:t>
      </w:r>
      <w:proofErr w:type="spellStart"/>
      <w:r>
        <w:t>जिसका</w:t>
      </w:r>
      <w:proofErr w:type="spellEnd"/>
      <w:r>
        <w:t xml:space="preserve"> </w:t>
      </w:r>
      <w:proofErr w:type="spellStart"/>
      <w:r>
        <w:t>उद्देश्य</w:t>
      </w:r>
      <w:proofErr w:type="spellEnd"/>
      <w:r>
        <w:t xml:space="preserve"> </w:t>
      </w:r>
      <w:proofErr w:type="spellStart"/>
      <w:r>
        <w:t>उसके</w:t>
      </w:r>
      <w:proofErr w:type="spellEnd"/>
      <w:r>
        <w:t xml:space="preserve"> </w:t>
      </w:r>
      <w:proofErr w:type="spellStart"/>
      <w:r>
        <w:t>संदर्भ</w:t>
      </w:r>
      <w:proofErr w:type="spellEnd"/>
      <w:r>
        <w:t xml:space="preserve">, </w:t>
      </w:r>
      <w:proofErr w:type="spellStart"/>
      <w:r>
        <w:t>स्वरूप</w:t>
      </w:r>
      <w:proofErr w:type="spellEnd"/>
      <w:r>
        <w:t xml:space="preserve">, </w:t>
      </w:r>
      <w:proofErr w:type="spellStart"/>
      <w:r>
        <w:t>प्रमुख</w:t>
      </w:r>
      <w:proofErr w:type="spellEnd"/>
      <w:r>
        <w:t xml:space="preserve"> </w:t>
      </w:r>
      <w:proofErr w:type="spellStart"/>
      <w:r>
        <w:t>आयामों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व्यापक</w:t>
      </w:r>
      <w:proofErr w:type="spellEnd"/>
      <w:r>
        <w:t xml:space="preserve"> महत्त्व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करना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विषय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उसके</w:t>
      </w:r>
      <w:proofErr w:type="spellEnd"/>
      <w:r>
        <w:t xml:space="preserve"> </w:t>
      </w:r>
      <w:proofErr w:type="spellStart"/>
      <w:r>
        <w:t>उपयुक्त</w:t>
      </w:r>
      <w:proofErr w:type="spellEnd"/>
      <w:r>
        <w:t xml:space="preserve"> </w:t>
      </w:r>
      <w:proofErr w:type="spellStart"/>
      <w:r>
        <w:t>सामाजिक</w:t>
      </w:r>
      <w:proofErr w:type="spellEnd"/>
      <w:r>
        <w:t xml:space="preserve">, </w:t>
      </w:r>
      <w:proofErr w:type="spellStart"/>
      <w:r>
        <w:t>साहित्यिक</w:t>
      </w:r>
      <w:proofErr w:type="spellEnd"/>
      <w:r>
        <w:t xml:space="preserve">, </w:t>
      </w:r>
      <w:proofErr w:type="spellStart"/>
      <w:r>
        <w:t>भाषिक</w:t>
      </w:r>
      <w:proofErr w:type="spellEnd"/>
      <w:r>
        <w:t xml:space="preserve">, </w:t>
      </w:r>
      <w:proofErr w:type="spellStart"/>
      <w:r>
        <w:t>ऐतिहासिक</w:t>
      </w:r>
      <w:proofErr w:type="spellEnd"/>
      <w:r>
        <w:t xml:space="preserve">, </w:t>
      </w:r>
      <w:proofErr w:type="spellStart"/>
      <w:r>
        <w:t>शैक्षिक</w:t>
      </w:r>
      <w:proofErr w:type="spellEnd"/>
      <w:r>
        <w:t xml:space="preserve"> </w:t>
      </w:r>
      <w:proofErr w:type="spellStart"/>
      <w:r>
        <w:t>अथवा</w:t>
      </w:r>
      <w:proofErr w:type="spellEnd"/>
      <w:r>
        <w:t xml:space="preserve"> </w:t>
      </w:r>
      <w:proofErr w:type="spellStart"/>
      <w:r>
        <w:t>अन्य</w:t>
      </w:r>
      <w:proofErr w:type="spellEnd"/>
      <w:r>
        <w:t xml:space="preserve"> </w:t>
      </w:r>
      <w:proofErr w:type="spellStart"/>
      <w:r>
        <w:t>अनुशासनगत</w:t>
      </w:r>
      <w:proofErr w:type="spellEnd"/>
      <w:r>
        <w:t xml:space="preserve"> </w:t>
      </w:r>
      <w:proofErr w:type="spellStart"/>
      <w:r>
        <w:t>संदर्भ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स्थापित</w:t>
      </w:r>
      <w:proofErr w:type="spellEnd"/>
      <w:r>
        <w:t xml:space="preserve"> </w:t>
      </w:r>
      <w:proofErr w:type="spellStart"/>
      <w:r>
        <w:t>करता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यह</w:t>
      </w:r>
      <w:proofErr w:type="spellEnd"/>
      <w:r>
        <w:t xml:space="preserve"> </w:t>
      </w:r>
      <w:proofErr w:type="spellStart"/>
      <w:r>
        <w:t>बताता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 </w:t>
      </w:r>
      <w:proofErr w:type="spellStart"/>
      <w:r>
        <w:t>कि</w:t>
      </w:r>
      <w:proofErr w:type="spellEnd"/>
      <w:r>
        <w:t xml:space="preserve"> </w:t>
      </w:r>
      <w:proofErr w:type="spellStart"/>
      <w:r>
        <w:t>उस</w:t>
      </w:r>
      <w:proofErr w:type="spellEnd"/>
      <w:r>
        <w:t xml:space="preserve"> </w:t>
      </w:r>
      <w:proofErr w:type="spellStart"/>
      <w:r>
        <w:t>पर</w:t>
      </w:r>
      <w:proofErr w:type="spellEnd"/>
      <w:r>
        <w:t xml:space="preserve"> </w:t>
      </w:r>
      <w:proofErr w:type="spellStart"/>
      <w:r>
        <w:t>व्यवस्थित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आवश्यकता</w:t>
      </w:r>
      <w:proofErr w:type="spellEnd"/>
      <w:r>
        <w:t xml:space="preserve"> </w:t>
      </w:r>
      <w:proofErr w:type="spellStart"/>
      <w:r>
        <w:t>क्यों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इसमें</w:t>
      </w:r>
      <w:proofErr w:type="spellEnd"/>
      <w:r>
        <w:t xml:space="preserve"> </w:t>
      </w:r>
      <w:proofErr w:type="spellStart"/>
      <w:r>
        <w:t>संबंधित</w:t>
      </w:r>
      <w:proofErr w:type="spellEnd"/>
      <w:r>
        <w:t xml:space="preserve"> </w:t>
      </w:r>
      <w:proofErr w:type="spellStart"/>
      <w:r>
        <w:t>विद्वानों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प्रमुख</w:t>
      </w:r>
      <w:proofErr w:type="spellEnd"/>
      <w:r>
        <w:t xml:space="preserve"> </w:t>
      </w:r>
      <w:proofErr w:type="spellStart"/>
      <w:r>
        <w:t>विचारों</w:t>
      </w:r>
      <w:proofErr w:type="spellEnd"/>
      <w:r>
        <w:t xml:space="preserve">, </w:t>
      </w:r>
      <w:proofErr w:type="spellStart"/>
      <w:r>
        <w:t>उपलब्ध</w:t>
      </w:r>
      <w:proofErr w:type="spellEnd"/>
      <w:r>
        <w:t xml:space="preserve"> </w:t>
      </w:r>
      <w:proofErr w:type="spellStart"/>
      <w:r>
        <w:t>स्रोतों</w:t>
      </w:r>
      <w:proofErr w:type="spellEnd"/>
      <w:r>
        <w:t xml:space="preserve">, </w:t>
      </w:r>
      <w:proofErr w:type="spellStart"/>
      <w:r>
        <w:t>तथ्यों</w:t>
      </w:r>
      <w:proofErr w:type="spellEnd"/>
      <w:r>
        <w:t xml:space="preserve"> </w:t>
      </w:r>
      <w:proofErr w:type="spellStart"/>
      <w:r>
        <w:t>अथवा</w:t>
      </w:r>
      <w:proofErr w:type="spellEnd"/>
      <w:r>
        <w:t xml:space="preserve"> </w:t>
      </w:r>
      <w:proofErr w:type="spellStart"/>
      <w:r>
        <w:t>प्रमाणों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विवेचन</w:t>
      </w:r>
      <w:proofErr w:type="spellEnd"/>
      <w:r>
        <w:t xml:space="preserve"> </w:t>
      </w:r>
      <w:proofErr w:type="spellStart"/>
      <w:r>
        <w:t>करते</w:t>
      </w:r>
      <w:proofErr w:type="spellEnd"/>
      <w:r>
        <w:t xml:space="preserve"> </w:t>
      </w:r>
      <w:proofErr w:type="spellStart"/>
      <w:r>
        <w:t>हुए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उद्देश्यों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उनके</w:t>
      </w:r>
      <w:proofErr w:type="spellEnd"/>
      <w:r>
        <w:t xml:space="preserve"> </w:t>
      </w:r>
      <w:proofErr w:type="spellStart"/>
      <w:r>
        <w:t>संबंध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गया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चर्चा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तार्किक</w:t>
      </w:r>
      <w:proofErr w:type="spellEnd"/>
      <w:r>
        <w:t xml:space="preserve"> </w:t>
      </w:r>
      <w:proofErr w:type="spellStart"/>
      <w:r>
        <w:t>क्रम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प्रस्तुत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गया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, </w:t>
      </w:r>
      <w:proofErr w:type="spellStart"/>
      <w:r>
        <w:t>ताकि</w:t>
      </w:r>
      <w:proofErr w:type="spellEnd"/>
      <w:r>
        <w:t xml:space="preserve"> </w:t>
      </w:r>
      <w:proofErr w:type="spellStart"/>
      <w:r>
        <w:t>पाठक</w:t>
      </w:r>
      <w:proofErr w:type="spellEnd"/>
      <w:r>
        <w:t xml:space="preserve"> </w:t>
      </w:r>
      <w:proofErr w:type="spellStart"/>
      <w:r>
        <w:t>भूमिका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विश्लेषण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निष्कर्ष</w:t>
      </w:r>
      <w:proofErr w:type="spellEnd"/>
      <w:r>
        <w:t xml:space="preserve"> </w:t>
      </w:r>
      <w:proofErr w:type="spellStart"/>
      <w:r>
        <w:t>तक</w:t>
      </w:r>
      <w:proofErr w:type="spellEnd"/>
      <w:r>
        <w:t xml:space="preserve"> </w:t>
      </w:r>
      <w:proofErr w:type="spellStart"/>
      <w:r>
        <w:t>विचार-विकास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सहज</w:t>
      </w:r>
      <w:proofErr w:type="spellEnd"/>
      <w:r>
        <w:t xml:space="preserve"> </w:t>
      </w:r>
      <w:proofErr w:type="spellStart"/>
      <w:r>
        <w:t>रूप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समझ</w:t>
      </w:r>
      <w:proofErr w:type="spellEnd"/>
      <w:r>
        <w:t xml:space="preserve"> </w:t>
      </w:r>
      <w:proofErr w:type="spellStart"/>
      <w:r>
        <w:t>सके</w:t>
      </w:r>
      <w:proofErr w:type="spellEnd"/>
      <w:r>
        <w:t xml:space="preserve">। </w:t>
      </w:r>
      <w:proofErr w:type="spellStart"/>
      <w:r>
        <w:t>शोध-पत्र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पद्धतिगत</w:t>
      </w:r>
      <w:proofErr w:type="spellEnd"/>
      <w:r>
        <w:t xml:space="preserve"> </w:t>
      </w:r>
      <w:proofErr w:type="spellStart"/>
      <w:r>
        <w:t>स्पष्टता</w:t>
      </w:r>
      <w:proofErr w:type="spellEnd"/>
      <w:r>
        <w:t xml:space="preserve">, </w:t>
      </w:r>
      <w:proofErr w:type="spellStart"/>
      <w:r>
        <w:t>संतुलित</w:t>
      </w:r>
      <w:proofErr w:type="spellEnd"/>
      <w:r>
        <w:t xml:space="preserve"> </w:t>
      </w:r>
      <w:proofErr w:type="spellStart"/>
      <w:r>
        <w:t>व्याख्या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प्रस्तुति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एकरूपता</w:t>
      </w:r>
      <w:proofErr w:type="spellEnd"/>
      <w:r>
        <w:t xml:space="preserve"> </w:t>
      </w:r>
      <w:proofErr w:type="spellStart"/>
      <w:r>
        <w:t>पर</w:t>
      </w:r>
      <w:proofErr w:type="spellEnd"/>
      <w:r>
        <w:t xml:space="preserve"> </w:t>
      </w:r>
      <w:proofErr w:type="spellStart"/>
      <w:r>
        <w:t>विशेष</w:t>
      </w:r>
      <w:proofErr w:type="spellEnd"/>
      <w:r>
        <w:t xml:space="preserve"> </w:t>
      </w:r>
      <w:proofErr w:type="spellStart"/>
      <w:r>
        <w:t>ध्यान</w:t>
      </w:r>
      <w:proofErr w:type="spellEnd"/>
      <w:r>
        <w:t xml:space="preserve"> </w:t>
      </w:r>
      <w:proofErr w:type="spellStart"/>
      <w:r>
        <w:t>दिया</w:t>
      </w:r>
      <w:proofErr w:type="spellEnd"/>
      <w:r>
        <w:t xml:space="preserve"> </w:t>
      </w:r>
      <w:proofErr w:type="spellStart"/>
      <w:r>
        <w:t>गया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समग्र</w:t>
      </w:r>
      <w:proofErr w:type="spellEnd"/>
      <w:r>
        <w:t xml:space="preserve"> </w:t>
      </w:r>
      <w:proofErr w:type="spellStart"/>
      <w:r>
        <w:t>रूप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प्रयास</w:t>
      </w:r>
      <w:proofErr w:type="spellEnd"/>
      <w:r>
        <w:t xml:space="preserve"> </w:t>
      </w:r>
      <w:proofErr w:type="spellStart"/>
      <w:r>
        <w:t>उपलब्ध</w:t>
      </w:r>
      <w:proofErr w:type="spellEnd"/>
      <w:r>
        <w:t xml:space="preserve"> </w:t>
      </w:r>
      <w:proofErr w:type="spellStart"/>
      <w:r>
        <w:t>ज्ञान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सार्थक</w:t>
      </w:r>
      <w:proofErr w:type="spellEnd"/>
      <w:r>
        <w:t xml:space="preserve"> </w:t>
      </w:r>
      <w:proofErr w:type="spellStart"/>
      <w:r>
        <w:t>योगदान</w:t>
      </w:r>
      <w:proofErr w:type="spellEnd"/>
      <w:r>
        <w:t xml:space="preserve"> </w:t>
      </w:r>
      <w:proofErr w:type="spellStart"/>
      <w:r>
        <w:t>करते</w:t>
      </w:r>
      <w:proofErr w:type="spellEnd"/>
      <w:r>
        <w:t xml:space="preserve"> </w:t>
      </w:r>
      <w:proofErr w:type="spellStart"/>
      <w:r>
        <w:t>हुए</w:t>
      </w:r>
      <w:proofErr w:type="spellEnd"/>
      <w:r>
        <w:t xml:space="preserve"> </w:t>
      </w:r>
      <w:proofErr w:type="spellStart"/>
      <w:r>
        <w:t>प्रमुख</w:t>
      </w:r>
      <w:proofErr w:type="spellEnd"/>
      <w:r>
        <w:t xml:space="preserve"> </w:t>
      </w:r>
      <w:proofErr w:type="spellStart"/>
      <w:r>
        <w:t>निष्कर्षों</w:t>
      </w:r>
      <w:proofErr w:type="spellEnd"/>
      <w:r>
        <w:t xml:space="preserve">, </w:t>
      </w:r>
      <w:proofErr w:type="spellStart"/>
      <w:r>
        <w:t>प्रवृत्तियों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आगे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संभावनाओं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रेखांकित</w:t>
      </w:r>
      <w:proofErr w:type="spellEnd"/>
      <w:r>
        <w:t xml:space="preserve"> </w:t>
      </w:r>
      <w:proofErr w:type="spellStart"/>
      <w:r>
        <w:t>करना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>।</w:t>
      </w:r>
    </w:p>
    <w:p w14:paraId="589257BA" w14:textId="77777777" w:rsidR="00C56C88" w:rsidRDefault="00000000">
      <w:pPr>
        <w:jc w:val="both"/>
      </w:pPr>
      <w:proofErr w:type="spellStart"/>
      <w:r>
        <w:rPr>
          <w:b/>
        </w:rPr>
        <w:t>बीज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शब्द</w:t>
      </w:r>
      <w:proofErr w:type="spellEnd"/>
      <w:r>
        <w:rPr>
          <w:b/>
        </w:rPr>
        <w:t xml:space="preserve">: </w:t>
      </w:r>
      <w:proofErr w:type="spellStart"/>
      <w:r>
        <w:t>बीज</w:t>
      </w:r>
      <w:proofErr w:type="spellEnd"/>
      <w:r>
        <w:t xml:space="preserve"> </w:t>
      </w:r>
      <w:proofErr w:type="spellStart"/>
      <w:r>
        <w:t>शब्द</w:t>
      </w:r>
      <w:proofErr w:type="spellEnd"/>
      <w:r>
        <w:t xml:space="preserve"> 1, </w:t>
      </w:r>
      <w:proofErr w:type="spellStart"/>
      <w:r>
        <w:t>बीज</w:t>
      </w:r>
      <w:proofErr w:type="spellEnd"/>
      <w:r>
        <w:t xml:space="preserve"> </w:t>
      </w:r>
      <w:proofErr w:type="spellStart"/>
      <w:r>
        <w:t>शब्द</w:t>
      </w:r>
      <w:proofErr w:type="spellEnd"/>
      <w:r>
        <w:t xml:space="preserve"> 2, </w:t>
      </w:r>
      <w:proofErr w:type="spellStart"/>
      <w:r>
        <w:t>बीज</w:t>
      </w:r>
      <w:proofErr w:type="spellEnd"/>
      <w:r>
        <w:t xml:space="preserve"> </w:t>
      </w:r>
      <w:proofErr w:type="spellStart"/>
      <w:r>
        <w:t>शब्द</w:t>
      </w:r>
      <w:proofErr w:type="spellEnd"/>
      <w:r>
        <w:t xml:space="preserve"> 3, </w:t>
      </w:r>
      <w:proofErr w:type="spellStart"/>
      <w:r>
        <w:t>बीज</w:t>
      </w:r>
      <w:proofErr w:type="spellEnd"/>
      <w:r>
        <w:t xml:space="preserve"> </w:t>
      </w:r>
      <w:proofErr w:type="spellStart"/>
      <w:r>
        <w:t>शब्द</w:t>
      </w:r>
      <w:proofErr w:type="spellEnd"/>
      <w:r>
        <w:t xml:space="preserve"> 4, </w:t>
      </w:r>
      <w:proofErr w:type="spellStart"/>
      <w:r>
        <w:t>बीज</w:t>
      </w:r>
      <w:proofErr w:type="spellEnd"/>
      <w:r>
        <w:t xml:space="preserve"> </w:t>
      </w:r>
      <w:proofErr w:type="spellStart"/>
      <w:r>
        <w:t>शब्द</w:t>
      </w:r>
      <w:proofErr w:type="spellEnd"/>
      <w:r>
        <w:t xml:space="preserve"> 5</w:t>
      </w:r>
    </w:p>
    <w:p w14:paraId="6EAFC9EE" w14:textId="77777777" w:rsidR="00B4500F" w:rsidRPr="00B4500F" w:rsidRDefault="00B4500F" w:rsidP="00B4500F">
      <w:pPr>
        <w:spacing w:before="160" w:after="120"/>
        <w:jc w:val="center"/>
        <w:rPr>
          <w:i/>
          <w:color w:val="EE0000"/>
          <w:szCs w:val="24"/>
          <w:lang w:val="en-IN"/>
        </w:rPr>
      </w:pPr>
      <w:r w:rsidRPr="00B4500F">
        <w:rPr>
          <w:b/>
          <w:bCs/>
          <w:i/>
          <w:color w:val="EE0000"/>
          <w:szCs w:val="24"/>
          <w:cs/>
          <w:lang w:bidi="hi-IN"/>
        </w:rPr>
        <w:t>महत्त्वपूर्ण:</w:t>
      </w:r>
      <w:r w:rsidRPr="00B4500F">
        <w:rPr>
          <w:i/>
          <w:color w:val="EE0000"/>
          <w:szCs w:val="24"/>
          <w:lang w:val="en-IN"/>
        </w:rPr>
        <w:t xml:space="preserve"> </w:t>
      </w:r>
      <w:r w:rsidRPr="00B4500F">
        <w:rPr>
          <w:i/>
          <w:color w:val="EE0000"/>
          <w:szCs w:val="24"/>
          <w:cs/>
          <w:lang w:bidi="hi-IN"/>
        </w:rPr>
        <w:t>नीचे दी गई शोध-पत्र संरचना केवल मार्गदर्शन एवं उदाहरण के लिए है। सभी विषयों और शोध-पत्रों के लिए एक ही संरचना अनिवार्य नहीं है। लेखक अपने विषय</w:t>
      </w:r>
      <w:r w:rsidRPr="00B4500F">
        <w:rPr>
          <w:i/>
          <w:color w:val="EE0000"/>
          <w:szCs w:val="24"/>
          <w:lang w:val="en-IN"/>
        </w:rPr>
        <w:t xml:space="preserve">, </w:t>
      </w:r>
      <w:r w:rsidRPr="00B4500F">
        <w:rPr>
          <w:i/>
          <w:color w:val="EE0000"/>
          <w:szCs w:val="24"/>
          <w:cs/>
          <w:lang w:bidi="hi-IN"/>
        </w:rPr>
        <w:t xml:space="preserve">शोध की प्रकृति और </w:t>
      </w:r>
      <w:proofErr w:type="spellStart"/>
      <w:r w:rsidRPr="00B4500F">
        <w:rPr>
          <w:i/>
          <w:color w:val="EE0000"/>
          <w:szCs w:val="24"/>
          <w:cs/>
          <w:lang w:bidi="hi-IN"/>
        </w:rPr>
        <w:t>अनुशासनगत</w:t>
      </w:r>
      <w:proofErr w:type="spellEnd"/>
      <w:r w:rsidRPr="00B4500F">
        <w:rPr>
          <w:i/>
          <w:color w:val="EE0000"/>
          <w:szCs w:val="24"/>
          <w:cs/>
          <w:lang w:bidi="hi-IN"/>
        </w:rPr>
        <w:t xml:space="preserve"> आवश्यकताओं के अनुसार अनुभागों के शीर्षक जोड़</w:t>
      </w:r>
      <w:r w:rsidRPr="00B4500F">
        <w:rPr>
          <w:i/>
          <w:color w:val="EE0000"/>
          <w:szCs w:val="24"/>
          <w:lang w:val="en-IN"/>
        </w:rPr>
        <w:t xml:space="preserve">, </w:t>
      </w:r>
      <w:r w:rsidRPr="00B4500F">
        <w:rPr>
          <w:i/>
          <w:color w:val="EE0000"/>
          <w:szCs w:val="24"/>
          <w:cs/>
          <w:lang w:bidi="hi-IN"/>
        </w:rPr>
        <w:t>हटा</w:t>
      </w:r>
      <w:r w:rsidRPr="00B4500F">
        <w:rPr>
          <w:i/>
          <w:color w:val="EE0000"/>
          <w:szCs w:val="24"/>
          <w:lang w:val="en-IN"/>
        </w:rPr>
        <w:t xml:space="preserve">, </w:t>
      </w:r>
      <w:r w:rsidRPr="00B4500F">
        <w:rPr>
          <w:i/>
          <w:color w:val="EE0000"/>
          <w:szCs w:val="24"/>
          <w:cs/>
          <w:lang w:bidi="hi-IN"/>
        </w:rPr>
        <w:t xml:space="preserve">बदल या </w:t>
      </w:r>
      <w:proofErr w:type="spellStart"/>
      <w:r w:rsidRPr="00B4500F">
        <w:rPr>
          <w:i/>
          <w:color w:val="EE0000"/>
          <w:szCs w:val="24"/>
          <w:cs/>
          <w:lang w:bidi="hi-IN"/>
        </w:rPr>
        <w:t>पुनर्व्यवस्थित</w:t>
      </w:r>
      <w:proofErr w:type="spellEnd"/>
      <w:r w:rsidRPr="00B4500F">
        <w:rPr>
          <w:i/>
          <w:color w:val="EE0000"/>
          <w:szCs w:val="24"/>
          <w:cs/>
          <w:lang w:bidi="hi-IN"/>
        </w:rPr>
        <w:t xml:space="preserve"> कर सकते हैं। प्रस्तुत </w:t>
      </w:r>
      <w:proofErr w:type="spellStart"/>
      <w:r w:rsidRPr="00B4500F">
        <w:rPr>
          <w:i/>
          <w:color w:val="EE0000"/>
          <w:szCs w:val="24"/>
          <w:cs/>
          <w:lang w:bidi="hi-IN"/>
        </w:rPr>
        <w:t>उदाहरणात्मक</w:t>
      </w:r>
      <w:proofErr w:type="spellEnd"/>
      <w:r w:rsidRPr="00B4500F">
        <w:rPr>
          <w:i/>
          <w:color w:val="EE0000"/>
          <w:szCs w:val="24"/>
          <w:cs/>
          <w:lang w:bidi="hi-IN"/>
        </w:rPr>
        <w:t xml:space="preserve"> पाठ को अपने वास्तविक शोध-सामग्री से </w:t>
      </w:r>
      <w:proofErr w:type="spellStart"/>
      <w:r w:rsidRPr="00B4500F">
        <w:rPr>
          <w:i/>
          <w:color w:val="EE0000"/>
          <w:szCs w:val="24"/>
          <w:cs/>
          <w:lang w:bidi="hi-IN"/>
        </w:rPr>
        <w:t>प्रतिस्थापित</w:t>
      </w:r>
      <w:proofErr w:type="spellEnd"/>
      <w:r w:rsidRPr="00B4500F">
        <w:rPr>
          <w:i/>
          <w:color w:val="EE0000"/>
          <w:szCs w:val="24"/>
          <w:cs/>
          <w:lang w:bidi="hi-IN"/>
        </w:rPr>
        <w:t xml:space="preserve"> करें तथा चयनित जर्नल की अनिवार्य </w:t>
      </w:r>
      <w:r w:rsidRPr="00B4500F">
        <w:rPr>
          <w:i/>
          <w:color w:val="EE0000"/>
          <w:szCs w:val="24"/>
          <w:lang w:val="en-IN"/>
        </w:rPr>
        <w:t xml:space="preserve">formatting </w:t>
      </w:r>
      <w:r w:rsidRPr="00B4500F">
        <w:rPr>
          <w:i/>
          <w:color w:val="EE0000"/>
          <w:szCs w:val="24"/>
          <w:cs/>
          <w:lang w:bidi="hi-IN"/>
        </w:rPr>
        <w:t xml:space="preserve">और </w:t>
      </w:r>
      <w:r w:rsidRPr="00B4500F">
        <w:rPr>
          <w:i/>
          <w:color w:val="EE0000"/>
          <w:szCs w:val="24"/>
          <w:lang w:val="en-IN"/>
        </w:rPr>
        <w:t xml:space="preserve">submission guidelines </w:t>
      </w:r>
      <w:r w:rsidRPr="00B4500F">
        <w:rPr>
          <w:i/>
          <w:color w:val="EE0000"/>
          <w:szCs w:val="24"/>
          <w:cs/>
          <w:lang w:bidi="hi-IN"/>
        </w:rPr>
        <w:t>का पालन करें।</w:t>
      </w:r>
    </w:p>
    <w:p w14:paraId="04C3B7B2" w14:textId="77777777" w:rsidR="00C56C88" w:rsidRDefault="00000000">
      <w:pPr>
        <w:spacing w:before="160" w:after="120"/>
      </w:pPr>
      <w:r>
        <w:rPr>
          <w:b/>
        </w:rPr>
        <w:t xml:space="preserve">1. </w:t>
      </w:r>
      <w:proofErr w:type="spellStart"/>
      <w:r>
        <w:rPr>
          <w:b/>
        </w:rPr>
        <w:t>भूमिका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परिचय</w:t>
      </w:r>
      <w:proofErr w:type="spellEnd"/>
    </w:p>
    <w:p w14:paraId="636AE63B" w14:textId="77777777" w:rsidR="00C56C88" w:rsidRDefault="00000000" w:rsidP="004209E9">
      <w:pPr>
        <w:jc w:val="both"/>
      </w:pPr>
      <w:proofErr w:type="spellStart"/>
      <w:r>
        <w:t>भूमिका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चयनित</w:t>
      </w:r>
      <w:proofErr w:type="spellEnd"/>
      <w:r>
        <w:t xml:space="preserve"> </w:t>
      </w:r>
      <w:proofErr w:type="spellStart"/>
      <w:r>
        <w:t>विषय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पृष्ठभूमि</w:t>
      </w:r>
      <w:proofErr w:type="spellEnd"/>
      <w:r>
        <w:t xml:space="preserve">, प्रासंगिकता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अकादमिक</w:t>
      </w:r>
      <w:proofErr w:type="spellEnd"/>
      <w:r>
        <w:t xml:space="preserve"> महत्त्व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जाना</w:t>
      </w:r>
      <w:proofErr w:type="spellEnd"/>
      <w:r>
        <w:t xml:space="preserve"> </w:t>
      </w:r>
      <w:proofErr w:type="spellStart"/>
      <w:r>
        <w:t>चाहिए</w:t>
      </w:r>
      <w:proofErr w:type="spellEnd"/>
      <w:r>
        <w:t xml:space="preserve">। </w:t>
      </w:r>
      <w:proofErr w:type="spellStart"/>
      <w:r>
        <w:t>एक</w:t>
      </w:r>
      <w:proofErr w:type="spellEnd"/>
      <w:r>
        <w:t xml:space="preserve"> </w:t>
      </w:r>
      <w:proofErr w:type="spellStart"/>
      <w:r>
        <w:t>प्रभावी</w:t>
      </w:r>
      <w:proofErr w:type="spellEnd"/>
      <w:r>
        <w:t xml:space="preserve"> </w:t>
      </w:r>
      <w:proofErr w:type="spellStart"/>
      <w:r>
        <w:t>भूमिका</w:t>
      </w:r>
      <w:proofErr w:type="spellEnd"/>
      <w:r>
        <w:t xml:space="preserve"> </w:t>
      </w:r>
      <w:proofErr w:type="spellStart"/>
      <w:r>
        <w:t>पाठक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व्यापक</w:t>
      </w:r>
      <w:proofErr w:type="spellEnd"/>
      <w:r>
        <w:t xml:space="preserve"> </w:t>
      </w:r>
      <w:proofErr w:type="spellStart"/>
      <w:r>
        <w:t>संदर्भ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विशिष्ट</w:t>
      </w:r>
      <w:proofErr w:type="spellEnd"/>
      <w:r>
        <w:t xml:space="preserve"> </w:t>
      </w:r>
      <w:proofErr w:type="spellStart"/>
      <w:r>
        <w:t>शोध-समस्या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ओर</w:t>
      </w:r>
      <w:proofErr w:type="spellEnd"/>
      <w:r>
        <w:t xml:space="preserve"> </w:t>
      </w:r>
      <w:proofErr w:type="spellStart"/>
      <w:r>
        <w:lastRenderedPageBreak/>
        <w:t>ले</w:t>
      </w:r>
      <w:proofErr w:type="spellEnd"/>
      <w:r>
        <w:t xml:space="preserve"> </w:t>
      </w:r>
      <w:proofErr w:type="spellStart"/>
      <w:r>
        <w:t>जाती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इसमें</w:t>
      </w:r>
      <w:proofErr w:type="spellEnd"/>
      <w:r>
        <w:t xml:space="preserve"> </w:t>
      </w:r>
      <w:proofErr w:type="spellStart"/>
      <w:r>
        <w:t>विषय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संबंधित</w:t>
      </w:r>
      <w:proofErr w:type="spellEnd"/>
      <w:r>
        <w:t xml:space="preserve"> </w:t>
      </w:r>
      <w:proofErr w:type="spellStart"/>
      <w:r>
        <w:t>प्रमुख</w:t>
      </w:r>
      <w:proofErr w:type="spellEnd"/>
      <w:r>
        <w:t xml:space="preserve"> </w:t>
      </w:r>
      <w:proofErr w:type="spellStart"/>
      <w:r>
        <w:t>अवधारणाओं</w:t>
      </w:r>
      <w:proofErr w:type="spellEnd"/>
      <w:r>
        <w:t xml:space="preserve">, </w:t>
      </w:r>
      <w:proofErr w:type="spellStart"/>
      <w:r>
        <w:t>आवश्यक</w:t>
      </w:r>
      <w:proofErr w:type="spellEnd"/>
      <w:r>
        <w:t xml:space="preserve"> </w:t>
      </w:r>
      <w:proofErr w:type="spellStart"/>
      <w:r>
        <w:t>परिभाषाओं</w:t>
      </w:r>
      <w:proofErr w:type="spellEnd"/>
      <w:r>
        <w:t xml:space="preserve">, </w:t>
      </w:r>
      <w:proofErr w:type="spellStart"/>
      <w:r>
        <w:t>ऐतिहासिक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सामाजिक</w:t>
      </w:r>
      <w:proofErr w:type="spellEnd"/>
      <w:r>
        <w:t xml:space="preserve"> </w:t>
      </w:r>
      <w:proofErr w:type="spellStart"/>
      <w:r>
        <w:t>संदर्भों</w:t>
      </w:r>
      <w:proofErr w:type="spellEnd"/>
      <w:r>
        <w:t xml:space="preserve"> </w:t>
      </w:r>
      <w:proofErr w:type="spellStart"/>
      <w:r>
        <w:t>तथा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आवश्यकता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संक्षिप्त</w:t>
      </w:r>
      <w:proofErr w:type="spellEnd"/>
      <w:r>
        <w:t xml:space="preserve"> </w:t>
      </w:r>
      <w:proofErr w:type="spellStart"/>
      <w:r>
        <w:t>उल्लेख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</w:t>
      </w:r>
      <w:proofErr w:type="spellEnd"/>
      <w:r>
        <w:t xml:space="preserve"> </w:t>
      </w:r>
      <w:proofErr w:type="spellStart"/>
      <w:r>
        <w:t>सकता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भूमिका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उद्देश्य</w:t>
      </w:r>
      <w:proofErr w:type="spellEnd"/>
      <w:r>
        <w:t xml:space="preserve"> </w:t>
      </w:r>
      <w:proofErr w:type="spellStart"/>
      <w:r>
        <w:t>विषय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अनावश्यक</w:t>
      </w:r>
      <w:proofErr w:type="spellEnd"/>
      <w:r>
        <w:t xml:space="preserve"> </w:t>
      </w:r>
      <w:proofErr w:type="spellStart"/>
      <w:r>
        <w:t>विस्तार</w:t>
      </w:r>
      <w:proofErr w:type="spellEnd"/>
      <w:r>
        <w:t xml:space="preserve"> </w:t>
      </w:r>
      <w:proofErr w:type="spellStart"/>
      <w:r>
        <w:t>करना</w:t>
      </w:r>
      <w:proofErr w:type="spellEnd"/>
      <w:r>
        <w:t xml:space="preserve"> </w:t>
      </w:r>
      <w:proofErr w:type="spellStart"/>
      <w:r>
        <w:t>नहीं</w:t>
      </w:r>
      <w:proofErr w:type="spellEnd"/>
      <w:r>
        <w:t xml:space="preserve">, </w:t>
      </w:r>
      <w:proofErr w:type="spellStart"/>
      <w:r>
        <w:t>बल्कि</w:t>
      </w:r>
      <w:proofErr w:type="spellEnd"/>
      <w:r>
        <w:t xml:space="preserve"> </w:t>
      </w:r>
      <w:proofErr w:type="spellStart"/>
      <w:r>
        <w:t>पाठक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यह</w:t>
      </w:r>
      <w:proofErr w:type="spellEnd"/>
      <w:r>
        <w:t xml:space="preserve"> </w:t>
      </w:r>
      <w:proofErr w:type="spellStart"/>
      <w:r>
        <w:t>समझाना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 </w:t>
      </w:r>
      <w:proofErr w:type="spellStart"/>
      <w:r>
        <w:t>कि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किस</w:t>
      </w:r>
      <w:proofErr w:type="spellEnd"/>
      <w:r>
        <w:t xml:space="preserve"> </w:t>
      </w:r>
      <w:proofErr w:type="spellStart"/>
      <w:r>
        <w:t>प्रश्न</w:t>
      </w:r>
      <w:proofErr w:type="spellEnd"/>
      <w:r>
        <w:t xml:space="preserve">, </w:t>
      </w:r>
      <w:proofErr w:type="spellStart"/>
      <w:r>
        <w:t>समस्या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विमर्श</w:t>
      </w:r>
      <w:proofErr w:type="spellEnd"/>
      <w:r>
        <w:t xml:space="preserve"> </w:t>
      </w:r>
      <w:proofErr w:type="spellStart"/>
      <w:r>
        <w:t>पर</w:t>
      </w:r>
      <w:proofErr w:type="spellEnd"/>
      <w:r>
        <w:t xml:space="preserve"> </w:t>
      </w:r>
      <w:proofErr w:type="spellStart"/>
      <w:r>
        <w:t>केन्द्रित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उसका</w:t>
      </w:r>
      <w:proofErr w:type="spellEnd"/>
      <w:r>
        <w:t xml:space="preserve"> महत्त्व </w:t>
      </w:r>
      <w:proofErr w:type="spellStart"/>
      <w:r>
        <w:t>क्या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>।</w:t>
      </w:r>
    </w:p>
    <w:p w14:paraId="170F3E1C" w14:textId="77777777" w:rsidR="00C56C88" w:rsidRDefault="00000000" w:rsidP="004209E9">
      <w:pPr>
        <w:jc w:val="both"/>
      </w:pPr>
      <w:proofErr w:type="spellStart"/>
      <w:r>
        <w:t>इस</w:t>
      </w:r>
      <w:proofErr w:type="spellEnd"/>
      <w:r>
        <w:t xml:space="preserve"> </w:t>
      </w:r>
      <w:proofErr w:type="spellStart"/>
      <w:r>
        <w:t>टेम्पलेट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उपयोग</w:t>
      </w:r>
      <w:proofErr w:type="spellEnd"/>
      <w:r>
        <w:t xml:space="preserve"> </w:t>
      </w:r>
      <w:proofErr w:type="spellStart"/>
      <w:r>
        <w:t>विभिन्न</w:t>
      </w:r>
      <w:proofErr w:type="spellEnd"/>
      <w:r>
        <w:t xml:space="preserve"> </w:t>
      </w:r>
      <w:proofErr w:type="spellStart"/>
      <w:r>
        <w:t>हिन्दी</w:t>
      </w:r>
      <w:proofErr w:type="spellEnd"/>
      <w:r>
        <w:t xml:space="preserve"> </w:t>
      </w:r>
      <w:proofErr w:type="spellStart"/>
      <w:r>
        <w:t>जर्नलों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विषय-क्षेत्रों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शोध-पत्रों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लिए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</w:t>
      </w:r>
      <w:proofErr w:type="spellEnd"/>
      <w:r>
        <w:t xml:space="preserve"> </w:t>
      </w:r>
      <w:proofErr w:type="spellStart"/>
      <w:r>
        <w:t>सकता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लेखक</w:t>
      </w:r>
      <w:proofErr w:type="spellEnd"/>
      <w:r>
        <w:t xml:space="preserve"> </w:t>
      </w:r>
      <w:proofErr w:type="spellStart"/>
      <w:r>
        <w:t>उदाहरणात्मक</w:t>
      </w:r>
      <w:proofErr w:type="spellEnd"/>
      <w:r>
        <w:t xml:space="preserve"> </w:t>
      </w:r>
      <w:proofErr w:type="spellStart"/>
      <w:r>
        <w:t>पाठ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अपने</w:t>
      </w:r>
      <w:proofErr w:type="spellEnd"/>
      <w:r>
        <w:t xml:space="preserve"> </w:t>
      </w:r>
      <w:proofErr w:type="spellStart"/>
      <w:r>
        <w:t>वास्तविक</w:t>
      </w:r>
      <w:proofErr w:type="spellEnd"/>
      <w:r>
        <w:t xml:space="preserve"> </w:t>
      </w:r>
      <w:proofErr w:type="spellStart"/>
      <w:r>
        <w:t>शोध-सामग्री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प्रतिस्थापित</w:t>
      </w:r>
      <w:proofErr w:type="spellEnd"/>
      <w:r>
        <w:t xml:space="preserve"> </w:t>
      </w:r>
      <w:proofErr w:type="spellStart"/>
      <w:r>
        <w:t>करें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अकादमिक</w:t>
      </w:r>
      <w:proofErr w:type="spellEnd"/>
      <w:r>
        <w:t xml:space="preserve"> </w:t>
      </w:r>
      <w:proofErr w:type="spellStart"/>
      <w:r>
        <w:t>भाषा</w:t>
      </w:r>
      <w:proofErr w:type="spellEnd"/>
      <w:r>
        <w:t xml:space="preserve">, </w:t>
      </w:r>
      <w:proofErr w:type="spellStart"/>
      <w:r>
        <w:t>सुव्यवस्थित</w:t>
      </w:r>
      <w:proofErr w:type="spellEnd"/>
      <w:r>
        <w:t xml:space="preserve"> </w:t>
      </w:r>
      <w:proofErr w:type="spellStart"/>
      <w:r>
        <w:t>अनुच्छेद</w:t>
      </w:r>
      <w:proofErr w:type="spellEnd"/>
      <w:r>
        <w:t xml:space="preserve"> </w:t>
      </w:r>
      <w:proofErr w:type="spellStart"/>
      <w:r>
        <w:t>तथा</w:t>
      </w:r>
      <w:proofErr w:type="spellEnd"/>
      <w:r>
        <w:t xml:space="preserve"> </w:t>
      </w:r>
      <w:proofErr w:type="spellStart"/>
      <w:r>
        <w:t>विचारों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तार्किक</w:t>
      </w:r>
      <w:proofErr w:type="spellEnd"/>
      <w:r>
        <w:t xml:space="preserve"> </w:t>
      </w:r>
      <w:proofErr w:type="spellStart"/>
      <w:r>
        <w:t>निरंतरता</w:t>
      </w:r>
      <w:proofErr w:type="spellEnd"/>
      <w:r>
        <w:t xml:space="preserve"> </w:t>
      </w:r>
      <w:proofErr w:type="spellStart"/>
      <w:r>
        <w:t>बनाए</w:t>
      </w:r>
      <w:proofErr w:type="spellEnd"/>
      <w:r>
        <w:t xml:space="preserve"> </w:t>
      </w:r>
      <w:proofErr w:type="spellStart"/>
      <w:r>
        <w:t>रखें</w:t>
      </w:r>
      <w:proofErr w:type="spellEnd"/>
      <w:r>
        <w:t xml:space="preserve">। </w:t>
      </w:r>
      <w:proofErr w:type="spellStart"/>
      <w:r>
        <w:t>भूमिका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अंतिम</w:t>
      </w:r>
      <w:proofErr w:type="spellEnd"/>
      <w:r>
        <w:t xml:space="preserve"> </w:t>
      </w:r>
      <w:proofErr w:type="spellStart"/>
      <w:r>
        <w:t>भाग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उद्देश्य</w:t>
      </w:r>
      <w:proofErr w:type="spellEnd"/>
      <w:r>
        <w:t xml:space="preserve">, </w:t>
      </w:r>
      <w:proofErr w:type="spellStart"/>
      <w:r>
        <w:t>शोध-समस्या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शोध-अंतर</w:t>
      </w:r>
      <w:proofErr w:type="spellEnd"/>
      <w:r>
        <w:t xml:space="preserve">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</w:t>
      </w:r>
      <w:proofErr w:type="spellEnd"/>
      <w:r>
        <w:t xml:space="preserve"> </w:t>
      </w:r>
      <w:proofErr w:type="spellStart"/>
      <w:r>
        <w:t>सकता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साहित्य</w:t>
      </w:r>
      <w:proofErr w:type="spellEnd"/>
      <w:r>
        <w:t xml:space="preserve">, </w:t>
      </w:r>
      <w:proofErr w:type="spellStart"/>
      <w:r>
        <w:t>भाषा</w:t>
      </w:r>
      <w:proofErr w:type="spellEnd"/>
      <w:r>
        <w:t xml:space="preserve">, </w:t>
      </w:r>
      <w:proofErr w:type="spellStart"/>
      <w:r>
        <w:t>इतिहास</w:t>
      </w:r>
      <w:proofErr w:type="spellEnd"/>
      <w:r>
        <w:t xml:space="preserve">, </w:t>
      </w:r>
      <w:proofErr w:type="spellStart"/>
      <w:r>
        <w:t>विधि</w:t>
      </w:r>
      <w:proofErr w:type="spellEnd"/>
      <w:r>
        <w:t xml:space="preserve">, </w:t>
      </w:r>
      <w:proofErr w:type="spellStart"/>
      <w:r>
        <w:t>समाज-विज्ञान</w:t>
      </w:r>
      <w:proofErr w:type="spellEnd"/>
      <w:r>
        <w:t xml:space="preserve"> </w:t>
      </w:r>
      <w:proofErr w:type="spellStart"/>
      <w:r>
        <w:t>अथवा</w:t>
      </w:r>
      <w:proofErr w:type="spellEnd"/>
      <w:r>
        <w:t xml:space="preserve"> </w:t>
      </w:r>
      <w:proofErr w:type="spellStart"/>
      <w:r>
        <w:t>सैद्धांतिक</w:t>
      </w:r>
      <w:proofErr w:type="spellEnd"/>
      <w:r>
        <w:t xml:space="preserve"> </w:t>
      </w:r>
      <w:proofErr w:type="spellStart"/>
      <w:r>
        <w:t>शोध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अनुभागों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क्रम</w:t>
      </w:r>
      <w:proofErr w:type="spellEnd"/>
      <w:r>
        <w:t xml:space="preserve"> </w:t>
      </w:r>
      <w:proofErr w:type="spellStart"/>
      <w:r>
        <w:t>विषय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प्रकृति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अनुसार</w:t>
      </w:r>
      <w:proofErr w:type="spellEnd"/>
      <w:r>
        <w:t xml:space="preserve"> </w:t>
      </w:r>
      <w:proofErr w:type="spellStart"/>
      <w:r>
        <w:t>बदला</w:t>
      </w:r>
      <w:proofErr w:type="spellEnd"/>
      <w:r>
        <w:t xml:space="preserve"> </w:t>
      </w:r>
      <w:proofErr w:type="spellStart"/>
      <w:r>
        <w:t>जा</w:t>
      </w:r>
      <w:proofErr w:type="spellEnd"/>
      <w:r>
        <w:t xml:space="preserve"> </w:t>
      </w:r>
      <w:proofErr w:type="spellStart"/>
      <w:r>
        <w:t>सकता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>।</w:t>
      </w:r>
    </w:p>
    <w:p w14:paraId="3ECE7623" w14:textId="77777777" w:rsidR="00C56C88" w:rsidRDefault="00000000">
      <w:pPr>
        <w:spacing w:before="160" w:after="120"/>
      </w:pPr>
      <w:r>
        <w:rPr>
          <w:b/>
        </w:rPr>
        <w:t xml:space="preserve">2. </w:t>
      </w:r>
      <w:proofErr w:type="spellStart"/>
      <w:r>
        <w:rPr>
          <w:b/>
        </w:rPr>
        <w:t>साहित्य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समीक्षा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पृष्ठभूमि</w:t>
      </w:r>
      <w:proofErr w:type="spellEnd"/>
    </w:p>
    <w:p w14:paraId="1196FEE0" w14:textId="77777777" w:rsidR="00C56C88" w:rsidRDefault="00000000" w:rsidP="004209E9">
      <w:pPr>
        <w:jc w:val="both"/>
      </w:pPr>
      <w:proofErr w:type="spellStart"/>
      <w:r>
        <w:t>साहित्य</w:t>
      </w:r>
      <w:proofErr w:type="spellEnd"/>
      <w:r>
        <w:t xml:space="preserve"> </w:t>
      </w:r>
      <w:proofErr w:type="spellStart"/>
      <w:r>
        <w:t>समीक्षा</w:t>
      </w:r>
      <w:proofErr w:type="spellEnd"/>
      <w:r>
        <w:t xml:space="preserve"> </w:t>
      </w:r>
      <w:proofErr w:type="spellStart"/>
      <w:r>
        <w:t>शोध-पत्र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विद्वतापूर्ण</w:t>
      </w:r>
      <w:proofErr w:type="spellEnd"/>
      <w:r>
        <w:t xml:space="preserve"> </w:t>
      </w:r>
      <w:proofErr w:type="spellStart"/>
      <w:r>
        <w:t>आधारभूमि</w:t>
      </w:r>
      <w:proofErr w:type="spellEnd"/>
      <w:r>
        <w:t xml:space="preserve"> </w:t>
      </w:r>
      <w:proofErr w:type="spellStart"/>
      <w:r>
        <w:t>तैयार</w:t>
      </w:r>
      <w:proofErr w:type="spellEnd"/>
      <w:r>
        <w:t xml:space="preserve"> </w:t>
      </w:r>
      <w:proofErr w:type="spellStart"/>
      <w:r>
        <w:t>करती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इसमें</w:t>
      </w:r>
      <w:proofErr w:type="spellEnd"/>
      <w:r>
        <w:t xml:space="preserve"> </w:t>
      </w:r>
      <w:proofErr w:type="spellStart"/>
      <w:r>
        <w:t>विषय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संबंधित</w:t>
      </w:r>
      <w:proofErr w:type="spellEnd"/>
      <w:r>
        <w:t xml:space="preserve"> </w:t>
      </w:r>
      <w:proofErr w:type="spellStart"/>
      <w:r>
        <w:t>महत्त्वपूर्ण</w:t>
      </w:r>
      <w:proofErr w:type="spellEnd"/>
      <w:r>
        <w:t xml:space="preserve"> </w:t>
      </w:r>
      <w:proofErr w:type="spellStart"/>
      <w:r>
        <w:t>पुस्तकों</w:t>
      </w:r>
      <w:proofErr w:type="spellEnd"/>
      <w:r>
        <w:t xml:space="preserve">, </w:t>
      </w:r>
      <w:proofErr w:type="spellStart"/>
      <w:r>
        <w:t>शोध-लेखों</w:t>
      </w:r>
      <w:proofErr w:type="spellEnd"/>
      <w:r>
        <w:t xml:space="preserve">, </w:t>
      </w:r>
      <w:proofErr w:type="spellStart"/>
      <w:r>
        <w:t>शोध-प्रबंधों</w:t>
      </w:r>
      <w:proofErr w:type="spellEnd"/>
      <w:r>
        <w:t xml:space="preserve">, </w:t>
      </w:r>
      <w:proofErr w:type="spellStart"/>
      <w:r>
        <w:t>सरकारी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संस्थागत</w:t>
      </w:r>
      <w:proofErr w:type="spellEnd"/>
      <w:r>
        <w:t xml:space="preserve"> </w:t>
      </w:r>
      <w:proofErr w:type="spellStart"/>
      <w:r>
        <w:t>प्रतिवेदनों</w:t>
      </w:r>
      <w:proofErr w:type="spellEnd"/>
      <w:r>
        <w:t xml:space="preserve">, </w:t>
      </w:r>
      <w:proofErr w:type="spellStart"/>
      <w:r>
        <w:t>सिद्धांतों</w:t>
      </w:r>
      <w:proofErr w:type="spellEnd"/>
      <w:r>
        <w:t xml:space="preserve">, </w:t>
      </w:r>
      <w:proofErr w:type="spellStart"/>
      <w:r>
        <w:t>अवधारणाओं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पूर्व</w:t>
      </w:r>
      <w:proofErr w:type="spellEnd"/>
      <w:r>
        <w:t xml:space="preserve"> </w:t>
      </w:r>
      <w:proofErr w:type="spellStart"/>
      <w:r>
        <w:t>निष्कर्षों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सार्थक</w:t>
      </w:r>
      <w:proofErr w:type="spellEnd"/>
      <w:r>
        <w:t xml:space="preserve"> </w:t>
      </w:r>
      <w:proofErr w:type="spellStart"/>
      <w:r>
        <w:t>उपयोग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जाना</w:t>
      </w:r>
      <w:proofErr w:type="spellEnd"/>
      <w:r>
        <w:t xml:space="preserve"> </w:t>
      </w:r>
      <w:proofErr w:type="spellStart"/>
      <w:r>
        <w:t>चाहिए</w:t>
      </w:r>
      <w:proofErr w:type="spellEnd"/>
      <w:r>
        <w:t xml:space="preserve">। </w:t>
      </w:r>
      <w:proofErr w:type="spellStart"/>
      <w:r>
        <w:t>स्रोतों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केवल</w:t>
      </w:r>
      <w:proofErr w:type="spellEnd"/>
      <w:r>
        <w:t xml:space="preserve"> </w:t>
      </w:r>
      <w:proofErr w:type="spellStart"/>
      <w:r>
        <w:t>एक-एक</w:t>
      </w:r>
      <w:proofErr w:type="spellEnd"/>
      <w:r>
        <w:t xml:space="preserve"> </w:t>
      </w:r>
      <w:proofErr w:type="spellStart"/>
      <w:r>
        <w:t>करके</w:t>
      </w:r>
      <w:proofErr w:type="spellEnd"/>
      <w:r>
        <w:t xml:space="preserve"> </w:t>
      </w:r>
      <w:proofErr w:type="spellStart"/>
      <w:r>
        <w:t>सूचीबद्ध</w:t>
      </w:r>
      <w:proofErr w:type="spellEnd"/>
      <w:r>
        <w:t xml:space="preserve"> </w:t>
      </w:r>
      <w:proofErr w:type="spellStart"/>
      <w:r>
        <w:t>करने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बजाय</w:t>
      </w:r>
      <w:proofErr w:type="spellEnd"/>
      <w:r>
        <w:t xml:space="preserve"> </w:t>
      </w:r>
      <w:proofErr w:type="spellStart"/>
      <w:r>
        <w:t>विषयगत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तार्किक</w:t>
      </w:r>
      <w:proofErr w:type="spellEnd"/>
      <w:r>
        <w:t xml:space="preserve"> </w:t>
      </w:r>
      <w:proofErr w:type="spellStart"/>
      <w:r>
        <w:t>क्रम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रखा</w:t>
      </w:r>
      <w:proofErr w:type="spellEnd"/>
      <w:r>
        <w:t xml:space="preserve"> </w:t>
      </w:r>
      <w:proofErr w:type="spellStart"/>
      <w:r>
        <w:t>जाए</w:t>
      </w:r>
      <w:proofErr w:type="spellEnd"/>
      <w:r>
        <w:t xml:space="preserve">, </w:t>
      </w:r>
      <w:proofErr w:type="spellStart"/>
      <w:r>
        <w:t>ताकि</w:t>
      </w:r>
      <w:proofErr w:type="spellEnd"/>
      <w:r>
        <w:t xml:space="preserve"> </w:t>
      </w:r>
      <w:proofErr w:type="spellStart"/>
      <w:r>
        <w:t>यह</w:t>
      </w:r>
      <w:proofErr w:type="spellEnd"/>
      <w:r>
        <w:t xml:space="preserve">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हो</w:t>
      </w:r>
      <w:proofErr w:type="spellEnd"/>
      <w:r>
        <w:t xml:space="preserve"> </w:t>
      </w:r>
      <w:proofErr w:type="spellStart"/>
      <w:r>
        <w:t>सके</w:t>
      </w:r>
      <w:proofErr w:type="spellEnd"/>
      <w:r>
        <w:t xml:space="preserve"> </w:t>
      </w:r>
      <w:proofErr w:type="spellStart"/>
      <w:r>
        <w:t>कि</w:t>
      </w:r>
      <w:proofErr w:type="spellEnd"/>
      <w:r>
        <w:t xml:space="preserve"> </w:t>
      </w:r>
      <w:proofErr w:type="spellStart"/>
      <w:r>
        <w:t>पूर्व</w:t>
      </w:r>
      <w:proofErr w:type="spellEnd"/>
      <w:r>
        <w:t xml:space="preserve"> </w:t>
      </w:r>
      <w:proofErr w:type="spellStart"/>
      <w:r>
        <w:t>शोध</w:t>
      </w:r>
      <w:proofErr w:type="spellEnd"/>
      <w:r>
        <w:t xml:space="preserve"> </w:t>
      </w:r>
      <w:proofErr w:type="spellStart"/>
      <w:r>
        <w:t>किस</w:t>
      </w:r>
      <w:proofErr w:type="spellEnd"/>
      <w:r>
        <w:t xml:space="preserve"> </w:t>
      </w:r>
      <w:proofErr w:type="spellStart"/>
      <w:r>
        <w:t>दिशा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विकसित</w:t>
      </w:r>
      <w:proofErr w:type="spellEnd"/>
      <w:r>
        <w:t xml:space="preserve"> </w:t>
      </w:r>
      <w:proofErr w:type="spellStart"/>
      <w:r>
        <w:t>हुआ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वर्तमान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उससे</w:t>
      </w:r>
      <w:proofErr w:type="spellEnd"/>
      <w:r>
        <w:t xml:space="preserve"> </w:t>
      </w:r>
      <w:proofErr w:type="spellStart"/>
      <w:r>
        <w:t>कैसे</w:t>
      </w:r>
      <w:proofErr w:type="spellEnd"/>
      <w:r>
        <w:t xml:space="preserve"> </w:t>
      </w:r>
      <w:proofErr w:type="spellStart"/>
      <w:r>
        <w:t>जुड़ता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>।</w:t>
      </w:r>
    </w:p>
    <w:p w14:paraId="68BC88E7" w14:textId="77777777" w:rsidR="00C56C88" w:rsidRDefault="00000000" w:rsidP="004209E9">
      <w:pPr>
        <w:jc w:val="both"/>
      </w:pPr>
      <w:proofErr w:type="spellStart"/>
      <w:r>
        <w:t>एक</w:t>
      </w:r>
      <w:proofErr w:type="spellEnd"/>
      <w:r>
        <w:t xml:space="preserve"> </w:t>
      </w:r>
      <w:proofErr w:type="spellStart"/>
      <w:r>
        <w:t>प्रभावी</w:t>
      </w:r>
      <w:proofErr w:type="spellEnd"/>
      <w:r>
        <w:t xml:space="preserve"> </w:t>
      </w:r>
      <w:proofErr w:type="spellStart"/>
      <w:r>
        <w:t>साहित्य</w:t>
      </w:r>
      <w:proofErr w:type="spellEnd"/>
      <w:r>
        <w:t xml:space="preserve"> </w:t>
      </w:r>
      <w:proofErr w:type="spellStart"/>
      <w:r>
        <w:t>समीक्षा</w:t>
      </w:r>
      <w:proofErr w:type="spellEnd"/>
      <w:r>
        <w:t xml:space="preserve"> </w:t>
      </w:r>
      <w:proofErr w:type="spellStart"/>
      <w:r>
        <w:t>केवल</w:t>
      </w:r>
      <w:proofErr w:type="spellEnd"/>
      <w:r>
        <w:t xml:space="preserve"> </w:t>
      </w:r>
      <w:proofErr w:type="spellStart"/>
      <w:r>
        <w:t>पूर्व</w:t>
      </w:r>
      <w:proofErr w:type="spellEnd"/>
      <w:r>
        <w:t xml:space="preserve"> </w:t>
      </w:r>
      <w:proofErr w:type="spellStart"/>
      <w:r>
        <w:t>अध्ययनों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वर्णन</w:t>
      </w:r>
      <w:proofErr w:type="spellEnd"/>
      <w:r>
        <w:t xml:space="preserve"> </w:t>
      </w:r>
      <w:proofErr w:type="spellStart"/>
      <w:r>
        <w:t>नहीं</w:t>
      </w:r>
      <w:proofErr w:type="spellEnd"/>
      <w:r>
        <w:t xml:space="preserve"> </w:t>
      </w:r>
      <w:proofErr w:type="spellStart"/>
      <w:r>
        <w:t>करती</w:t>
      </w:r>
      <w:proofErr w:type="spellEnd"/>
      <w:r>
        <w:t xml:space="preserve">, </w:t>
      </w:r>
      <w:proofErr w:type="spellStart"/>
      <w:r>
        <w:t>बल्कि</w:t>
      </w:r>
      <w:proofErr w:type="spellEnd"/>
      <w:r>
        <w:t xml:space="preserve"> </w:t>
      </w:r>
      <w:proofErr w:type="spellStart"/>
      <w:r>
        <w:t>उनके</w:t>
      </w:r>
      <w:proofErr w:type="spellEnd"/>
      <w:r>
        <w:t xml:space="preserve"> </w:t>
      </w:r>
      <w:proofErr w:type="spellStart"/>
      <w:r>
        <w:t>बीच</w:t>
      </w:r>
      <w:proofErr w:type="spellEnd"/>
      <w:r>
        <w:t xml:space="preserve"> </w:t>
      </w:r>
      <w:proofErr w:type="spellStart"/>
      <w:r>
        <w:t>संबंध</w:t>
      </w:r>
      <w:proofErr w:type="spellEnd"/>
      <w:r>
        <w:t xml:space="preserve">, </w:t>
      </w:r>
      <w:proofErr w:type="spellStart"/>
      <w:r>
        <w:t>भिन्नता</w:t>
      </w:r>
      <w:proofErr w:type="spellEnd"/>
      <w:r>
        <w:t xml:space="preserve">, </w:t>
      </w:r>
      <w:proofErr w:type="spellStart"/>
      <w:r>
        <w:t>सीमाएँ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उपलब्ध</w:t>
      </w:r>
      <w:proofErr w:type="spellEnd"/>
      <w:r>
        <w:t xml:space="preserve"> </w:t>
      </w:r>
      <w:proofErr w:type="spellStart"/>
      <w:r>
        <w:t>शोध-अंतर</w:t>
      </w:r>
      <w:proofErr w:type="spellEnd"/>
      <w:r>
        <w:t xml:space="preserve"> </w:t>
      </w:r>
      <w:proofErr w:type="spellStart"/>
      <w:r>
        <w:t>भी</w:t>
      </w:r>
      <w:proofErr w:type="spellEnd"/>
      <w:r>
        <w:t xml:space="preserve">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करती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लेखक</w:t>
      </w:r>
      <w:proofErr w:type="spellEnd"/>
      <w:r>
        <w:t xml:space="preserve"> </w:t>
      </w:r>
      <w:proofErr w:type="spellStart"/>
      <w:r>
        <w:t>यह</w:t>
      </w:r>
      <w:proofErr w:type="spellEnd"/>
      <w:r>
        <w:t xml:space="preserve"> </w:t>
      </w:r>
      <w:proofErr w:type="spellStart"/>
      <w:r>
        <w:t>बता</w:t>
      </w:r>
      <w:proofErr w:type="spellEnd"/>
      <w:r>
        <w:t xml:space="preserve"> </w:t>
      </w:r>
      <w:proofErr w:type="spellStart"/>
      <w:r>
        <w:t>सकता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 </w:t>
      </w:r>
      <w:proofErr w:type="spellStart"/>
      <w:r>
        <w:t>कि</w:t>
      </w:r>
      <w:proofErr w:type="spellEnd"/>
      <w:r>
        <w:t xml:space="preserve"> </w:t>
      </w:r>
      <w:proofErr w:type="spellStart"/>
      <w:r>
        <w:t>पूर्व</w:t>
      </w:r>
      <w:proofErr w:type="spellEnd"/>
      <w:r>
        <w:t xml:space="preserve"> </w:t>
      </w:r>
      <w:proofErr w:type="spellStart"/>
      <w:r>
        <w:t>कार्य</w:t>
      </w:r>
      <w:proofErr w:type="spellEnd"/>
      <w:r>
        <w:t xml:space="preserve"> </w:t>
      </w:r>
      <w:proofErr w:type="spellStart"/>
      <w:r>
        <w:t>किसी</w:t>
      </w:r>
      <w:proofErr w:type="spellEnd"/>
      <w:r>
        <w:t xml:space="preserve"> </w:t>
      </w:r>
      <w:proofErr w:type="spellStart"/>
      <w:r>
        <w:t>विशेष</w:t>
      </w:r>
      <w:proofErr w:type="spellEnd"/>
      <w:r>
        <w:t xml:space="preserve"> </w:t>
      </w:r>
      <w:proofErr w:type="spellStart"/>
      <w:r>
        <w:t>क्षेत्र</w:t>
      </w:r>
      <w:proofErr w:type="spellEnd"/>
      <w:r>
        <w:t xml:space="preserve">, </w:t>
      </w:r>
      <w:proofErr w:type="spellStart"/>
      <w:r>
        <w:t>सीमित</w:t>
      </w:r>
      <w:proofErr w:type="spellEnd"/>
      <w:r>
        <w:t xml:space="preserve"> </w:t>
      </w:r>
      <w:proofErr w:type="spellStart"/>
      <w:r>
        <w:t>स्रोत</w:t>
      </w:r>
      <w:proofErr w:type="spellEnd"/>
      <w:r>
        <w:t xml:space="preserve">, </w:t>
      </w:r>
      <w:proofErr w:type="spellStart"/>
      <w:r>
        <w:t>छोटे</w:t>
      </w:r>
      <w:proofErr w:type="spellEnd"/>
      <w:r>
        <w:t xml:space="preserve"> </w:t>
      </w:r>
      <w:proofErr w:type="spellStart"/>
      <w:r>
        <w:t>नमूने</w:t>
      </w:r>
      <w:proofErr w:type="spellEnd"/>
      <w:r>
        <w:t xml:space="preserve">, </w:t>
      </w:r>
      <w:proofErr w:type="spellStart"/>
      <w:r>
        <w:t>विशिष्ट</w:t>
      </w:r>
      <w:proofErr w:type="spellEnd"/>
      <w:r>
        <w:t xml:space="preserve"> </w:t>
      </w:r>
      <w:proofErr w:type="spellStart"/>
      <w:r>
        <w:t>दृष्टिकोण</w:t>
      </w:r>
      <w:proofErr w:type="spellEnd"/>
      <w:r>
        <w:t xml:space="preserve"> </w:t>
      </w:r>
      <w:proofErr w:type="spellStart"/>
      <w:r>
        <w:t>अथवा</w:t>
      </w:r>
      <w:proofErr w:type="spellEnd"/>
      <w:r>
        <w:t xml:space="preserve"> </w:t>
      </w:r>
      <w:proofErr w:type="spellStart"/>
      <w:r>
        <w:t>सीमित</w:t>
      </w:r>
      <w:proofErr w:type="spellEnd"/>
      <w:r>
        <w:t xml:space="preserve"> </w:t>
      </w:r>
      <w:proofErr w:type="spellStart"/>
      <w:r>
        <w:t>कालखंड</w:t>
      </w:r>
      <w:proofErr w:type="spellEnd"/>
      <w:r>
        <w:t xml:space="preserve"> </w:t>
      </w:r>
      <w:proofErr w:type="spellStart"/>
      <w:r>
        <w:t>तक</w:t>
      </w:r>
      <w:proofErr w:type="spellEnd"/>
      <w:r>
        <w:t xml:space="preserve"> </w:t>
      </w:r>
      <w:proofErr w:type="spellStart"/>
      <w:r>
        <w:t>केन्द्रित</w:t>
      </w:r>
      <w:proofErr w:type="spellEnd"/>
      <w:r>
        <w:t xml:space="preserve"> </w:t>
      </w:r>
      <w:proofErr w:type="spellStart"/>
      <w:r>
        <w:t>रहा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इससे</w:t>
      </w:r>
      <w:proofErr w:type="spellEnd"/>
      <w:r>
        <w:t xml:space="preserve"> </w:t>
      </w:r>
      <w:proofErr w:type="spellStart"/>
      <w:r>
        <w:t>वर्तमान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आवश्यकता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मौलिक</w:t>
      </w:r>
      <w:proofErr w:type="spellEnd"/>
      <w:r>
        <w:t xml:space="preserve"> </w:t>
      </w:r>
      <w:proofErr w:type="spellStart"/>
      <w:r>
        <w:t>योगदान</w:t>
      </w:r>
      <w:proofErr w:type="spellEnd"/>
      <w:r>
        <w:t xml:space="preserve">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होता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उद्धृत</w:t>
      </w:r>
      <w:proofErr w:type="spellEnd"/>
      <w:r>
        <w:t xml:space="preserve"> </w:t>
      </w:r>
      <w:proofErr w:type="spellStart"/>
      <w:r>
        <w:t>सभी</w:t>
      </w:r>
      <w:proofErr w:type="spellEnd"/>
      <w:r>
        <w:t xml:space="preserve"> </w:t>
      </w:r>
      <w:proofErr w:type="spellStart"/>
      <w:r>
        <w:t>स्रोतों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चयनित</w:t>
      </w:r>
      <w:proofErr w:type="spellEnd"/>
      <w:r>
        <w:t xml:space="preserve"> </w:t>
      </w:r>
      <w:proofErr w:type="spellStart"/>
      <w:r>
        <w:t>जर्नल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संदर्भ-शैली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अनुसार</w:t>
      </w:r>
      <w:proofErr w:type="spellEnd"/>
      <w:r>
        <w:t xml:space="preserve"> </w:t>
      </w:r>
      <w:proofErr w:type="spellStart"/>
      <w:r>
        <w:t>पूर्ण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सुसंगत</w:t>
      </w:r>
      <w:proofErr w:type="spellEnd"/>
      <w:r>
        <w:t xml:space="preserve"> </w:t>
      </w:r>
      <w:proofErr w:type="spellStart"/>
      <w:r>
        <w:t>रूप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देना</w:t>
      </w:r>
      <w:proofErr w:type="spellEnd"/>
      <w:r>
        <w:t xml:space="preserve"> </w:t>
      </w:r>
      <w:proofErr w:type="spellStart"/>
      <w:r>
        <w:t>आवश्यक</w:t>
      </w:r>
      <w:proofErr w:type="spellEnd"/>
      <w:r>
        <w:t xml:space="preserve"> </w:t>
      </w:r>
      <w:proofErr w:type="spellStart"/>
      <w:r>
        <w:t>है</w:t>
      </w:r>
      <w:proofErr w:type="spellEnd"/>
      <w:r>
        <w:t>।</w:t>
      </w:r>
    </w:p>
    <w:p w14:paraId="23DCE23B" w14:textId="77777777" w:rsidR="00C56C88" w:rsidRDefault="00000000">
      <w:pPr>
        <w:spacing w:before="160" w:after="120"/>
      </w:pPr>
      <w:r>
        <w:rPr>
          <w:b/>
        </w:rPr>
        <w:t xml:space="preserve">3. </w:t>
      </w:r>
      <w:proofErr w:type="spellStart"/>
      <w:r>
        <w:rPr>
          <w:b/>
        </w:rPr>
        <w:t>अध्ययन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के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उद्देश्य</w:t>
      </w:r>
      <w:proofErr w:type="spellEnd"/>
    </w:p>
    <w:p w14:paraId="6BDFC2E1" w14:textId="77777777" w:rsidR="00C56C88" w:rsidRDefault="00000000">
      <w:pPr>
        <w:jc w:val="both"/>
      </w:pP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उद्देश्य</w:t>
      </w:r>
      <w:proofErr w:type="spellEnd"/>
      <w:r>
        <w:t xml:space="preserve"> </w:t>
      </w:r>
      <w:proofErr w:type="spellStart"/>
      <w:r>
        <w:t>स्पष्ट</w:t>
      </w:r>
      <w:proofErr w:type="spellEnd"/>
      <w:r>
        <w:t xml:space="preserve">, </w:t>
      </w:r>
      <w:proofErr w:type="spellStart"/>
      <w:r>
        <w:t>विशिष्ट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शोध-पत्र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शीर्षक</w:t>
      </w:r>
      <w:proofErr w:type="spellEnd"/>
      <w:r>
        <w:t xml:space="preserve">, </w:t>
      </w:r>
      <w:proofErr w:type="spellStart"/>
      <w:r>
        <w:t>समस्या</w:t>
      </w:r>
      <w:proofErr w:type="spellEnd"/>
      <w:r>
        <w:t xml:space="preserve">, </w:t>
      </w:r>
      <w:proofErr w:type="spellStart"/>
      <w:r>
        <w:t>पद्धति</w:t>
      </w:r>
      <w:proofErr w:type="spellEnd"/>
      <w:r>
        <w:t xml:space="preserve">, </w:t>
      </w:r>
      <w:proofErr w:type="spellStart"/>
      <w:r>
        <w:t>विश्लेषण</w:t>
      </w:r>
      <w:proofErr w:type="spellEnd"/>
      <w:r>
        <w:t xml:space="preserve"> </w:t>
      </w:r>
      <w:proofErr w:type="spellStart"/>
      <w:r>
        <w:t>तथा</w:t>
      </w:r>
      <w:proofErr w:type="spellEnd"/>
      <w:r>
        <w:t xml:space="preserve"> </w:t>
      </w:r>
      <w:proofErr w:type="spellStart"/>
      <w:r>
        <w:t>निष्कर्ष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सीधे</w:t>
      </w:r>
      <w:proofErr w:type="spellEnd"/>
      <w:r>
        <w:t xml:space="preserve"> </w:t>
      </w:r>
      <w:proofErr w:type="spellStart"/>
      <w:r>
        <w:t>संबंधित</w:t>
      </w:r>
      <w:proofErr w:type="spellEnd"/>
      <w:r>
        <w:t xml:space="preserve"> </w:t>
      </w:r>
      <w:proofErr w:type="spellStart"/>
      <w:r>
        <w:t>होने</w:t>
      </w:r>
      <w:proofErr w:type="spellEnd"/>
      <w:r>
        <w:t xml:space="preserve"> </w:t>
      </w:r>
      <w:proofErr w:type="spellStart"/>
      <w:r>
        <w:t>चाहिए</w:t>
      </w:r>
      <w:proofErr w:type="spellEnd"/>
      <w:r>
        <w:t xml:space="preserve">। </w:t>
      </w:r>
      <w:proofErr w:type="spellStart"/>
      <w:r>
        <w:t>सुव्यवस्थित</w:t>
      </w:r>
      <w:proofErr w:type="spellEnd"/>
      <w:r>
        <w:t xml:space="preserve"> </w:t>
      </w:r>
      <w:proofErr w:type="spellStart"/>
      <w:r>
        <w:t>उद्देश्य</w:t>
      </w:r>
      <w:proofErr w:type="spellEnd"/>
      <w:r>
        <w:t xml:space="preserve"> </w:t>
      </w:r>
      <w:proofErr w:type="spellStart"/>
      <w:r>
        <w:t>शोध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केन्द्रित</w:t>
      </w:r>
      <w:proofErr w:type="spellEnd"/>
      <w:r>
        <w:t xml:space="preserve"> </w:t>
      </w:r>
      <w:proofErr w:type="spellStart"/>
      <w:r>
        <w:t>रखते</w:t>
      </w:r>
      <w:proofErr w:type="spellEnd"/>
      <w:r>
        <w:t xml:space="preserve"> </w:t>
      </w:r>
      <w:proofErr w:type="spellStart"/>
      <w:r>
        <w:t>हैं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आगे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चर्चा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तार्किक</w:t>
      </w:r>
      <w:proofErr w:type="spellEnd"/>
      <w:r>
        <w:t xml:space="preserve"> </w:t>
      </w:r>
      <w:proofErr w:type="spellStart"/>
      <w:r>
        <w:t>संरचना</w:t>
      </w:r>
      <w:proofErr w:type="spellEnd"/>
      <w:r>
        <w:t xml:space="preserve"> </w:t>
      </w:r>
      <w:proofErr w:type="spellStart"/>
      <w:r>
        <w:t>प्रदान</w:t>
      </w:r>
      <w:proofErr w:type="spellEnd"/>
      <w:r>
        <w:t xml:space="preserve"> </w:t>
      </w:r>
      <w:proofErr w:type="spellStart"/>
      <w:r>
        <w:t>करते</w:t>
      </w:r>
      <w:proofErr w:type="spellEnd"/>
      <w:r>
        <w:t xml:space="preserve"> </w:t>
      </w:r>
      <w:proofErr w:type="spellStart"/>
      <w:r>
        <w:t>हैं</w:t>
      </w:r>
      <w:proofErr w:type="spellEnd"/>
      <w:r>
        <w:t>।</w:t>
      </w:r>
    </w:p>
    <w:p w14:paraId="02441C97" w14:textId="77777777" w:rsidR="00C56C88" w:rsidRDefault="00000000" w:rsidP="007E6BE2">
      <w:pPr>
        <w:pStyle w:val="ListParagraph"/>
        <w:numPr>
          <w:ilvl w:val="0"/>
          <w:numId w:val="11"/>
        </w:numPr>
        <w:spacing w:after="120"/>
        <w:jc w:val="both"/>
      </w:pPr>
      <w:proofErr w:type="spellStart"/>
      <w:r>
        <w:lastRenderedPageBreak/>
        <w:t>चयनित</w:t>
      </w:r>
      <w:proofErr w:type="spellEnd"/>
      <w:r>
        <w:t xml:space="preserve"> </w:t>
      </w:r>
      <w:proofErr w:type="spellStart"/>
      <w:r>
        <w:t>शोध-समस्या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पृष्ठभूमि</w:t>
      </w:r>
      <w:proofErr w:type="spellEnd"/>
      <w:r>
        <w:t xml:space="preserve">, </w:t>
      </w:r>
      <w:proofErr w:type="spellStart"/>
      <w:r>
        <w:t>स्वरूप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प्रमुख</w:t>
      </w:r>
      <w:proofErr w:type="spellEnd"/>
      <w:r>
        <w:t xml:space="preserve"> </w:t>
      </w:r>
      <w:proofErr w:type="spellStart"/>
      <w:r>
        <w:t>आयामों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करना</w:t>
      </w:r>
      <w:proofErr w:type="spellEnd"/>
      <w:r>
        <w:t>।</w:t>
      </w:r>
    </w:p>
    <w:p w14:paraId="0A09813C" w14:textId="77777777" w:rsidR="00C56C88" w:rsidRDefault="00000000" w:rsidP="007E6BE2">
      <w:pPr>
        <w:pStyle w:val="ListParagraph"/>
        <w:numPr>
          <w:ilvl w:val="0"/>
          <w:numId w:val="11"/>
        </w:numPr>
        <w:spacing w:after="120"/>
        <w:jc w:val="both"/>
      </w:pPr>
      <w:proofErr w:type="spellStart"/>
      <w:r>
        <w:t>संबंधित</w:t>
      </w:r>
      <w:proofErr w:type="spellEnd"/>
      <w:r>
        <w:t xml:space="preserve"> </w:t>
      </w:r>
      <w:proofErr w:type="spellStart"/>
      <w:r>
        <w:t>साहित्य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परीक्षण</w:t>
      </w:r>
      <w:proofErr w:type="spellEnd"/>
      <w:r>
        <w:t xml:space="preserve"> </w:t>
      </w:r>
      <w:proofErr w:type="spellStart"/>
      <w:r>
        <w:t>करते</w:t>
      </w:r>
      <w:proofErr w:type="spellEnd"/>
      <w:r>
        <w:t xml:space="preserve"> </w:t>
      </w:r>
      <w:proofErr w:type="spellStart"/>
      <w:r>
        <w:t>हुए</w:t>
      </w:r>
      <w:proofErr w:type="spellEnd"/>
      <w:r>
        <w:t xml:space="preserve"> </w:t>
      </w:r>
      <w:proofErr w:type="spellStart"/>
      <w:r>
        <w:t>विषय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जुड़े</w:t>
      </w:r>
      <w:proofErr w:type="spellEnd"/>
      <w:r>
        <w:t xml:space="preserve"> </w:t>
      </w:r>
      <w:proofErr w:type="spellStart"/>
      <w:r>
        <w:t>प्रमुख</w:t>
      </w:r>
      <w:proofErr w:type="spellEnd"/>
      <w:r>
        <w:t xml:space="preserve"> </w:t>
      </w:r>
      <w:proofErr w:type="spellStart"/>
      <w:r>
        <w:t>शोध-अंतर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पहचान</w:t>
      </w:r>
      <w:proofErr w:type="spellEnd"/>
      <w:r>
        <w:t xml:space="preserve"> </w:t>
      </w:r>
      <w:proofErr w:type="spellStart"/>
      <w:r>
        <w:t>करना</w:t>
      </w:r>
      <w:proofErr w:type="spellEnd"/>
      <w:r>
        <w:t>।</w:t>
      </w:r>
    </w:p>
    <w:p w14:paraId="29AF8D01" w14:textId="77777777" w:rsidR="00C56C88" w:rsidRDefault="00000000" w:rsidP="007E6BE2">
      <w:pPr>
        <w:pStyle w:val="ListParagraph"/>
        <w:numPr>
          <w:ilvl w:val="0"/>
          <w:numId w:val="11"/>
        </w:numPr>
        <w:spacing w:after="120"/>
        <w:jc w:val="both"/>
      </w:pPr>
      <w:proofErr w:type="spellStart"/>
      <w:r>
        <w:t>उपलब्ध</w:t>
      </w:r>
      <w:proofErr w:type="spellEnd"/>
      <w:r>
        <w:t xml:space="preserve"> </w:t>
      </w:r>
      <w:proofErr w:type="spellStart"/>
      <w:r>
        <w:t>तथ्यों</w:t>
      </w:r>
      <w:proofErr w:type="spellEnd"/>
      <w:r>
        <w:t xml:space="preserve">, </w:t>
      </w:r>
      <w:proofErr w:type="spellStart"/>
      <w:r>
        <w:t>स्रोतों</w:t>
      </w:r>
      <w:proofErr w:type="spellEnd"/>
      <w:r>
        <w:t xml:space="preserve">, </w:t>
      </w:r>
      <w:proofErr w:type="spellStart"/>
      <w:r>
        <w:t>तर्कों</w:t>
      </w:r>
      <w:proofErr w:type="spellEnd"/>
      <w:r>
        <w:t xml:space="preserve">, </w:t>
      </w:r>
      <w:proofErr w:type="spellStart"/>
      <w:r>
        <w:t>पाठ-सामग्री</w:t>
      </w:r>
      <w:proofErr w:type="spellEnd"/>
      <w:r>
        <w:t xml:space="preserve">, </w:t>
      </w:r>
      <w:proofErr w:type="spellStart"/>
      <w:r>
        <w:t>आंकड़ों</w:t>
      </w:r>
      <w:proofErr w:type="spellEnd"/>
      <w:r>
        <w:t xml:space="preserve"> </w:t>
      </w:r>
      <w:proofErr w:type="spellStart"/>
      <w:r>
        <w:t>अथवा</w:t>
      </w:r>
      <w:proofErr w:type="spellEnd"/>
      <w:r>
        <w:t xml:space="preserve"> </w:t>
      </w:r>
      <w:proofErr w:type="spellStart"/>
      <w:r>
        <w:t>प्रमाणों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उद्देश्यों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अनुरूप</w:t>
      </w:r>
      <w:proofErr w:type="spellEnd"/>
      <w:r>
        <w:t xml:space="preserve"> </w:t>
      </w:r>
      <w:proofErr w:type="spellStart"/>
      <w:r>
        <w:t>विश्लेषण</w:t>
      </w:r>
      <w:proofErr w:type="spellEnd"/>
      <w:r>
        <w:t xml:space="preserve"> </w:t>
      </w:r>
      <w:proofErr w:type="spellStart"/>
      <w:r>
        <w:t>करना</w:t>
      </w:r>
      <w:proofErr w:type="spellEnd"/>
      <w:r>
        <w:t>।</w:t>
      </w:r>
    </w:p>
    <w:p w14:paraId="4EC11E4B" w14:textId="77777777" w:rsidR="00C56C88" w:rsidRDefault="00000000" w:rsidP="007E6BE2">
      <w:pPr>
        <w:pStyle w:val="ListParagraph"/>
        <w:numPr>
          <w:ilvl w:val="0"/>
          <w:numId w:val="11"/>
        </w:numPr>
        <w:spacing w:after="120"/>
        <w:jc w:val="both"/>
      </w:pP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आधार</w:t>
      </w:r>
      <w:proofErr w:type="spellEnd"/>
      <w:r>
        <w:t xml:space="preserve"> </w:t>
      </w:r>
      <w:proofErr w:type="spellStart"/>
      <w:r>
        <w:t>पर</w:t>
      </w:r>
      <w:proofErr w:type="spellEnd"/>
      <w:r>
        <w:t xml:space="preserve"> </w:t>
      </w:r>
      <w:proofErr w:type="spellStart"/>
      <w:r>
        <w:t>प्रमुख</w:t>
      </w:r>
      <w:proofErr w:type="spellEnd"/>
      <w:r>
        <w:t xml:space="preserve"> </w:t>
      </w:r>
      <w:proofErr w:type="spellStart"/>
      <w:r>
        <w:t>निष्कर्ष</w:t>
      </w:r>
      <w:proofErr w:type="spellEnd"/>
      <w:r>
        <w:t xml:space="preserve"> </w:t>
      </w:r>
      <w:proofErr w:type="spellStart"/>
      <w:r>
        <w:t>प्रस्तुत</w:t>
      </w:r>
      <w:proofErr w:type="spellEnd"/>
      <w:r>
        <w:t xml:space="preserve"> </w:t>
      </w:r>
      <w:proofErr w:type="spellStart"/>
      <w:r>
        <w:t>करना</w:t>
      </w:r>
      <w:proofErr w:type="spellEnd"/>
      <w:r>
        <w:t xml:space="preserve"> </w:t>
      </w:r>
      <w:proofErr w:type="spellStart"/>
      <w:r>
        <w:t>तथा</w:t>
      </w:r>
      <w:proofErr w:type="spellEnd"/>
      <w:r>
        <w:t xml:space="preserve"> </w:t>
      </w:r>
      <w:proofErr w:type="spellStart"/>
      <w:r>
        <w:t>भविष्य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शोध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व्यावहारिक</w:t>
      </w:r>
      <w:proofErr w:type="spellEnd"/>
      <w:r>
        <w:t xml:space="preserve"> </w:t>
      </w:r>
      <w:proofErr w:type="spellStart"/>
      <w:r>
        <w:t>उपयोग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संभावनाएँ</w:t>
      </w:r>
      <w:proofErr w:type="spellEnd"/>
      <w:r>
        <w:t xml:space="preserve"> </w:t>
      </w:r>
      <w:proofErr w:type="spellStart"/>
      <w:r>
        <w:t>बताना</w:t>
      </w:r>
      <w:proofErr w:type="spellEnd"/>
      <w:r>
        <w:t>।</w:t>
      </w:r>
    </w:p>
    <w:p w14:paraId="61B40404" w14:textId="77777777" w:rsidR="00C56C88" w:rsidRDefault="00000000">
      <w:pPr>
        <w:spacing w:before="160" w:after="120"/>
      </w:pPr>
      <w:r>
        <w:rPr>
          <w:b/>
        </w:rPr>
        <w:t xml:space="preserve">4. </w:t>
      </w:r>
      <w:proofErr w:type="spellStart"/>
      <w:r>
        <w:rPr>
          <w:b/>
        </w:rPr>
        <w:t>शोध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पद्धति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अध्ययन-विधि</w:t>
      </w:r>
      <w:proofErr w:type="spellEnd"/>
    </w:p>
    <w:p w14:paraId="520AEAAA" w14:textId="77777777" w:rsidR="00C56C88" w:rsidRDefault="00000000" w:rsidP="004209E9">
      <w:pPr>
        <w:jc w:val="both"/>
      </w:pPr>
      <w:proofErr w:type="spellStart"/>
      <w:r>
        <w:t>इस</w:t>
      </w:r>
      <w:proofErr w:type="spellEnd"/>
      <w:r>
        <w:t xml:space="preserve"> </w:t>
      </w:r>
      <w:proofErr w:type="spellStart"/>
      <w:r>
        <w:t>अनुभाग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जाना</w:t>
      </w:r>
      <w:proofErr w:type="spellEnd"/>
      <w:r>
        <w:t xml:space="preserve"> </w:t>
      </w:r>
      <w:proofErr w:type="spellStart"/>
      <w:r>
        <w:t>चाहिए</w:t>
      </w:r>
      <w:proofErr w:type="spellEnd"/>
      <w:r>
        <w:t xml:space="preserve"> </w:t>
      </w:r>
      <w:proofErr w:type="spellStart"/>
      <w:r>
        <w:t>कि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किस</w:t>
      </w:r>
      <w:proofErr w:type="spellEnd"/>
      <w:r>
        <w:t xml:space="preserve"> </w:t>
      </w:r>
      <w:proofErr w:type="spellStart"/>
      <w:r>
        <w:t>प्रकार</w:t>
      </w:r>
      <w:proofErr w:type="spellEnd"/>
      <w:r>
        <w:t xml:space="preserve"> </w:t>
      </w:r>
      <w:proofErr w:type="spellStart"/>
      <w:r>
        <w:t>नियोजित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सम्पन्न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गया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अनुभवजन्य</w:t>
      </w:r>
      <w:proofErr w:type="spellEnd"/>
      <w:r>
        <w:t xml:space="preserve"> </w:t>
      </w:r>
      <w:proofErr w:type="spellStart"/>
      <w:r>
        <w:t>शोध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शोध-रूपरेखा</w:t>
      </w:r>
      <w:proofErr w:type="spellEnd"/>
      <w:r>
        <w:t xml:space="preserve">, </w:t>
      </w:r>
      <w:proofErr w:type="spellStart"/>
      <w:r>
        <w:t>अध्ययन-क्षेत्र</w:t>
      </w:r>
      <w:proofErr w:type="spellEnd"/>
      <w:r>
        <w:t xml:space="preserve">, </w:t>
      </w:r>
      <w:proofErr w:type="spellStart"/>
      <w:r>
        <w:t>जनसंख्या</w:t>
      </w:r>
      <w:proofErr w:type="spellEnd"/>
      <w:r>
        <w:t xml:space="preserve">, </w:t>
      </w:r>
      <w:proofErr w:type="spellStart"/>
      <w:r>
        <w:t>नमूना</w:t>
      </w:r>
      <w:proofErr w:type="spellEnd"/>
      <w:r>
        <w:t xml:space="preserve">, </w:t>
      </w:r>
      <w:proofErr w:type="spellStart"/>
      <w:r>
        <w:t>नमूना-चयन</w:t>
      </w:r>
      <w:proofErr w:type="spellEnd"/>
      <w:r>
        <w:t xml:space="preserve"> </w:t>
      </w:r>
      <w:proofErr w:type="spellStart"/>
      <w:r>
        <w:t>विधि</w:t>
      </w:r>
      <w:proofErr w:type="spellEnd"/>
      <w:r>
        <w:t xml:space="preserve">, </w:t>
      </w:r>
      <w:proofErr w:type="spellStart"/>
      <w:r>
        <w:t>डेटा-संग्रह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उपकरण</w:t>
      </w:r>
      <w:proofErr w:type="spellEnd"/>
      <w:r>
        <w:t xml:space="preserve">, </w:t>
      </w:r>
      <w:proofErr w:type="spellStart"/>
      <w:r>
        <w:t>सर्वेक्षण</w:t>
      </w:r>
      <w:proofErr w:type="spellEnd"/>
      <w:r>
        <w:t xml:space="preserve">, </w:t>
      </w:r>
      <w:proofErr w:type="spellStart"/>
      <w:r>
        <w:t>साक्षात्कार</w:t>
      </w:r>
      <w:proofErr w:type="spellEnd"/>
      <w:r>
        <w:t xml:space="preserve">, </w:t>
      </w:r>
      <w:proofErr w:type="spellStart"/>
      <w:r>
        <w:t>प्रश्नावली</w:t>
      </w:r>
      <w:proofErr w:type="spellEnd"/>
      <w:r>
        <w:t xml:space="preserve">, </w:t>
      </w:r>
      <w:proofErr w:type="spellStart"/>
      <w:r>
        <w:t>सांख्यिकीय</w:t>
      </w:r>
      <w:proofErr w:type="spellEnd"/>
      <w:r>
        <w:t xml:space="preserve"> </w:t>
      </w:r>
      <w:proofErr w:type="spellStart"/>
      <w:r>
        <w:t>विधि</w:t>
      </w:r>
      <w:proofErr w:type="spellEnd"/>
      <w:r>
        <w:t xml:space="preserve"> </w:t>
      </w:r>
      <w:proofErr w:type="spellStart"/>
      <w:r>
        <w:t>अथवा</w:t>
      </w:r>
      <w:proofErr w:type="spellEnd"/>
      <w:r>
        <w:t xml:space="preserve"> </w:t>
      </w:r>
      <w:proofErr w:type="spellStart"/>
      <w:r>
        <w:t>प्रयुक्त</w:t>
      </w:r>
      <w:proofErr w:type="spellEnd"/>
      <w:r>
        <w:t xml:space="preserve"> </w:t>
      </w:r>
      <w:proofErr w:type="spellStart"/>
      <w:r>
        <w:t>सॉफ्टवेयर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उल्लेख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</w:t>
      </w:r>
      <w:proofErr w:type="spellEnd"/>
      <w:r>
        <w:t xml:space="preserve"> </w:t>
      </w:r>
      <w:proofErr w:type="spellStart"/>
      <w:r>
        <w:t>सकता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साहित्यिक</w:t>
      </w:r>
      <w:proofErr w:type="spellEnd"/>
      <w:r>
        <w:t xml:space="preserve">, </w:t>
      </w:r>
      <w:proofErr w:type="spellStart"/>
      <w:r>
        <w:t>भाषिक</w:t>
      </w:r>
      <w:proofErr w:type="spellEnd"/>
      <w:r>
        <w:t xml:space="preserve">, </w:t>
      </w:r>
      <w:proofErr w:type="spellStart"/>
      <w:r>
        <w:t>ऐतिहासिक</w:t>
      </w:r>
      <w:proofErr w:type="spellEnd"/>
      <w:r>
        <w:t xml:space="preserve">, </w:t>
      </w:r>
      <w:proofErr w:type="spellStart"/>
      <w:r>
        <w:t>विधिक</w:t>
      </w:r>
      <w:proofErr w:type="spellEnd"/>
      <w:r>
        <w:t xml:space="preserve">, </w:t>
      </w:r>
      <w:proofErr w:type="spellStart"/>
      <w:r>
        <w:t>वैचारिक</w:t>
      </w:r>
      <w:proofErr w:type="spellEnd"/>
      <w:r>
        <w:t xml:space="preserve">, </w:t>
      </w:r>
      <w:proofErr w:type="spellStart"/>
      <w:r>
        <w:t>समीक्षात्मक</w:t>
      </w:r>
      <w:proofErr w:type="spellEnd"/>
      <w:r>
        <w:t xml:space="preserve"> </w:t>
      </w:r>
      <w:proofErr w:type="spellStart"/>
      <w:r>
        <w:t>अथवा</w:t>
      </w:r>
      <w:proofErr w:type="spellEnd"/>
      <w:r>
        <w:t xml:space="preserve"> </w:t>
      </w:r>
      <w:proofErr w:type="spellStart"/>
      <w:r>
        <w:t>सैद्धांतिक</w:t>
      </w:r>
      <w:proofErr w:type="spellEnd"/>
      <w:r>
        <w:t xml:space="preserve"> </w:t>
      </w:r>
      <w:proofErr w:type="spellStart"/>
      <w:r>
        <w:t>शोध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स्रोत-चयन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आधार</w:t>
      </w:r>
      <w:proofErr w:type="spellEnd"/>
      <w:r>
        <w:t xml:space="preserve">, </w:t>
      </w:r>
      <w:proofErr w:type="spellStart"/>
      <w:r>
        <w:t>प्राथमिक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द्वितीयक</w:t>
      </w:r>
      <w:proofErr w:type="spellEnd"/>
      <w:r>
        <w:t xml:space="preserve"> </w:t>
      </w:r>
      <w:proofErr w:type="spellStart"/>
      <w:r>
        <w:t>सामग्री</w:t>
      </w:r>
      <w:proofErr w:type="spellEnd"/>
      <w:r>
        <w:t xml:space="preserve"> </w:t>
      </w:r>
      <w:proofErr w:type="spellStart"/>
      <w:r>
        <w:t>तथा</w:t>
      </w:r>
      <w:proofErr w:type="spellEnd"/>
      <w:r>
        <w:t xml:space="preserve"> </w:t>
      </w:r>
      <w:proofErr w:type="spellStart"/>
      <w:r>
        <w:t>विश्लेषण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व्याख्या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पद्धति</w:t>
      </w:r>
      <w:proofErr w:type="spellEnd"/>
      <w:r>
        <w:t xml:space="preserve">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जानी</w:t>
      </w:r>
      <w:proofErr w:type="spellEnd"/>
      <w:r>
        <w:t xml:space="preserve"> </w:t>
      </w:r>
      <w:proofErr w:type="spellStart"/>
      <w:r>
        <w:t>चाहिए</w:t>
      </w:r>
      <w:proofErr w:type="spellEnd"/>
      <w:r>
        <w:t>।</w:t>
      </w:r>
    </w:p>
    <w:p w14:paraId="07D9541A" w14:textId="77777777" w:rsidR="00C56C88" w:rsidRDefault="00000000" w:rsidP="004209E9">
      <w:pPr>
        <w:jc w:val="both"/>
      </w:pPr>
      <w:proofErr w:type="spellStart"/>
      <w:r>
        <w:t>पद्धतिगत</w:t>
      </w:r>
      <w:proofErr w:type="spellEnd"/>
      <w:r>
        <w:t xml:space="preserve"> </w:t>
      </w:r>
      <w:proofErr w:type="spellStart"/>
      <w:r>
        <w:t>स्पष्टता</w:t>
      </w:r>
      <w:proofErr w:type="spellEnd"/>
      <w:r>
        <w:t xml:space="preserve"> </w:t>
      </w:r>
      <w:proofErr w:type="spellStart"/>
      <w:r>
        <w:t>शोध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विश्वसनीयता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पारदर्शिता</w:t>
      </w:r>
      <w:proofErr w:type="spellEnd"/>
      <w:r>
        <w:t xml:space="preserve"> </w:t>
      </w:r>
      <w:proofErr w:type="spellStart"/>
      <w:r>
        <w:t>बढ़ाती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लेखक</w:t>
      </w:r>
      <w:proofErr w:type="spellEnd"/>
      <w:r>
        <w:t xml:space="preserve"> </w:t>
      </w:r>
      <w:proofErr w:type="spellStart"/>
      <w:r>
        <w:t>अस्पष्ट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सामान्य</w:t>
      </w:r>
      <w:proofErr w:type="spellEnd"/>
      <w:r>
        <w:t xml:space="preserve"> </w:t>
      </w:r>
      <w:proofErr w:type="spellStart"/>
      <w:r>
        <w:t>कथनों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बचें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सुनिश्चित</w:t>
      </w:r>
      <w:proofErr w:type="spellEnd"/>
      <w:r>
        <w:t xml:space="preserve"> </w:t>
      </w:r>
      <w:proofErr w:type="spellStart"/>
      <w:r>
        <w:t>करें</w:t>
      </w:r>
      <w:proofErr w:type="spellEnd"/>
      <w:r>
        <w:t xml:space="preserve"> </w:t>
      </w:r>
      <w:proofErr w:type="spellStart"/>
      <w:r>
        <w:t>कि</w:t>
      </w:r>
      <w:proofErr w:type="spellEnd"/>
      <w:r>
        <w:t xml:space="preserve"> </w:t>
      </w:r>
      <w:proofErr w:type="spellStart"/>
      <w:r>
        <w:t>चुनी</w:t>
      </w:r>
      <w:proofErr w:type="spellEnd"/>
      <w:r>
        <w:t xml:space="preserve"> </w:t>
      </w:r>
      <w:proofErr w:type="spellStart"/>
      <w:r>
        <w:t>गई</w:t>
      </w:r>
      <w:proofErr w:type="spellEnd"/>
      <w:r>
        <w:t xml:space="preserve"> </w:t>
      </w:r>
      <w:proofErr w:type="spellStart"/>
      <w:r>
        <w:t>पद्धति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उद्देश्यों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अनुकूल</w:t>
      </w:r>
      <w:proofErr w:type="spellEnd"/>
      <w:r>
        <w:t xml:space="preserve"> </w:t>
      </w:r>
      <w:proofErr w:type="spellStart"/>
      <w:r>
        <w:t>हो</w:t>
      </w:r>
      <w:proofErr w:type="spellEnd"/>
      <w:r>
        <w:t xml:space="preserve">। </w:t>
      </w:r>
      <w:proofErr w:type="spellStart"/>
      <w:r>
        <w:t>यदि</w:t>
      </w:r>
      <w:proofErr w:type="spellEnd"/>
      <w:r>
        <w:t xml:space="preserve"> </w:t>
      </w:r>
      <w:proofErr w:type="spellStart"/>
      <w:r>
        <w:t>शोध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मानव</w:t>
      </w:r>
      <w:proofErr w:type="spellEnd"/>
      <w:r>
        <w:t xml:space="preserve"> </w:t>
      </w:r>
      <w:proofErr w:type="spellStart"/>
      <w:r>
        <w:t>प्रतिभागी</w:t>
      </w:r>
      <w:proofErr w:type="spellEnd"/>
      <w:r>
        <w:t xml:space="preserve">, </w:t>
      </w:r>
      <w:proofErr w:type="spellStart"/>
      <w:r>
        <w:t>संस्थागत</w:t>
      </w:r>
      <w:proofErr w:type="spellEnd"/>
      <w:r>
        <w:t xml:space="preserve"> </w:t>
      </w:r>
      <w:proofErr w:type="spellStart"/>
      <w:r>
        <w:t>डेटा</w:t>
      </w:r>
      <w:proofErr w:type="spellEnd"/>
      <w:r>
        <w:t xml:space="preserve">, </w:t>
      </w:r>
      <w:proofErr w:type="spellStart"/>
      <w:r>
        <w:t>संवेदनशील</w:t>
      </w:r>
      <w:proofErr w:type="spellEnd"/>
      <w:r>
        <w:t xml:space="preserve"> </w:t>
      </w:r>
      <w:proofErr w:type="spellStart"/>
      <w:r>
        <w:t>जानकारी</w:t>
      </w:r>
      <w:proofErr w:type="spellEnd"/>
      <w:r>
        <w:t xml:space="preserve">, </w:t>
      </w:r>
      <w:proofErr w:type="spellStart"/>
      <w:r>
        <w:t>सर्वेक्षण</w:t>
      </w:r>
      <w:proofErr w:type="spellEnd"/>
      <w:r>
        <w:t xml:space="preserve">, </w:t>
      </w:r>
      <w:proofErr w:type="spellStart"/>
      <w:r>
        <w:t>साक्षात्कार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प्रयोग</w:t>
      </w:r>
      <w:proofErr w:type="spellEnd"/>
      <w:r>
        <w:t xml:space="preserve"> </w:t>
      </w:r>
      <w:proofErr w:type="spellStart"/>
      <w:r>
        <w:t>शामिल</w:t>
      </w:r>
      <w:proofErr w:type="spellEnd"/>
      <w:r>
        <w:t xml:space="preserve"> </w:t>
      </w:r>
      <w:proofErr w:type="spellStart"/>
      <w:r>
        <w:t>हों</w:t>
      </w:r>
      <w:proofErr w:type="spellEnd"/>
      <w:r>
        <w:t xml:space="preserve">, </w:t>
      </w:r>
      <w:proofErr w:type="spellStart"/>
      <w:r>
        <w:t>तो</w:t>
      </w:r>
      <w:proofErr w:type="spellEnd"/>
      <w:r>
        <w:t xml:space="preserve"> </w:t>
      </w:r>
      <w:proofErr w:type="spellStart"/>
      <w:r>
        <w:t>जहाँ</w:t>
      </w:r>
      <w:proofErr w:type="spellEnd"/>
      <w:r>
        <w:t xml:space="preserve"> </w:t>
      </w:r>
      <w:proofErr w:type="spellStart"/>
      <w:r>
        <w:t>लागू</w:t>
      </w:r>
      <w:proofErr w:type="spellEnd"/>
      <w:r>
        <w:t xml:space="preserve"> </w:t>
      </w:r>
      <w:proofErr w:type="spellStart"/>
      <w:r>
        <w:t>हो</w:t>
      </w:r>
      <w:proofErr w:type="spellEnd"/>
      <w:r>
        <w:t xml:space="preserve"> </w:t>
      </w:r>
      <w:proofErr w:type="spellStart"/>
      <w:r>
        <w:t>वहाँ</w:t>
      </w:r>
      <w:proofErr w:type="spellEnd"/>
      <w:r>
        <w:t xml:space="preserve"> </w:t>
      </w:r>
      <w:proofErr w:type="spellStart"/>
      <w:r>
        <w:t>नैतिक</w:t>
      </w:r>
      <w:proofErr w:type="spellEnd"/>
      <w:r>
        <w:t xml:space="preserve"> </w:t>
      </w:r>
      <w:proofErr w:type="spellStart"/>
      <w:r>
        <w:t>स्वीकृति</w:t>
      </w:r>
      <w:proofErr w:type="spellEnd"/>
      <w:r>
        <w:t xml:space="preserve">, </w:t>
      </w:r>
      <w:proofErr w:type="spellStart"/>
      <w:r>
        <w:t>सहमति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आवश्यक</w:t>
      </w:r>
      <w:proofErr w:type="spellEnd"/>
      <w:r>
        <w:t xml:space="preserve"> </w:t>
      </w:r>
      <w:proofErr w:type="spellStart"/>
      <w:r>
        <w:t>अनुमति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उल्लेख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जाना</w:t>
      </w:r>
      <w:proofErr w:type="spellEnd"/>
      <w:r>
        <w:t xml:space="preserve"> </w:t>
      </w:r>
      <w:proofErr w:type="spellStart"/>
      <w:r>
        <w:t>चाहिए</w:t>
      </w:r>
      <w:proofErr w:type="spellEnd"/>
      <w:r>
        <w:t xml:space="preserve">। </w:t>
      </w:r>
      <w:proofErr w:type="spellStart"/>
      <w:r>
        <w:t>जिन</w:t>
      </w:r>
      <w:proofErr w:type="spellEnd"/>
      <w:r>
        <w:t xml:space="preserve"> </w:t>
      </w:r>
      <w:proofErr w:type="spellStart"/>
      <w:r>
        <w:t>विषयों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अलग</w:t>
      </w:r>
      <w:proofErr w:type="spellEnd"/>
      <w:r>
        <w:t xml:space="preserve"> </w:t>
      </w:r>
      <w:proofErr w:type="spellStart"/>
      <w:r>
        <w:t>औपचारिक</w:t>
      </w:r>
      <w:proofErr w:type="spellEnd"/>
      <w:r>
        <w:t xml:space="preserve"> “</w:t>
      </w:r>
      <w:proofErr w:type="spellStart"/>
      <w:r>
        <w:t>शोध</w:t>
      </w:r>
      <w:proofErr w:type="spellEnd"/>
      <w:r>
        <w:t xml:space="preserve"> </w:t>
      </w:r>
      <w:proofErr w:type="spellStart"/>
      <w:r>
        <w:t>पद्धति</w:t>
      </w:r>
      <w:proofErr w:type="spellEnd"/>
      <w:r>
        <w:t xml:space="preserve">” </w:t>
      </w:r>
      <w:proofErr w:type="spellStart"/>
      <w:r>
        <w:t>अनुभाग</w:t>
      </w:r>
      <w:proofErr w:type="spellEnd"/>
      <w:r>
        <w:t xml:space="preserve"> </w:t>
      </w:r>
      <w:proofErr w:type="spellStart"/>
      <w:r>
        <w:t>आवश्यक</w:t>
      </w:r>
      <w:proofErr w:type="spellEnd"/>
      <w:r>
        <w:t xml:space="preserve"> न </w:t>
      </w:r>
      <w:proofErr w:type="spellStart"/>
      <w:r>
        <w:t>हो</w:t>
      </w:r>
      <w:proofErr w:type="spellEnd"/>
      <w:r>
        <w:t xml:space="preserve">, </w:t>
      </w:r>
      <w:proofErr w:type="spellStart"/>
      <w:r>
        <w:t>वहाँ</w:t>
      </w:r>
      <w:proofErr w:type="spellEnd"/>
      <w:r>
        <w:t xml:space="preserve"> </w:t>
      </w:r>
      <w:proofErr w:type="spellStart"/>
      <w:r>
        <w:t>अध्ययन-विधि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भूमिका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उपयुक्त</w:t>
      </w:r>
      <w:proofErr w:type="spellEnd"/>
      <w:r>
        <w:t xml:space="preserve"> </w:t>
      </w:r>
      <w:proofErr w:type="spellStart"/>
      <w:r>
        <w:t>अनुभाग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संक्षेप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बताया</w:t>
      </w:r>
      <w:proofErr w:type="spellEnd"/>
      <w:r>
        <w:t xml:space="preserve"> </w:t>
      </w:r>
      <w:proofErr w:type="spellStart"/>
      <w:r>
        <w:t>जा</w:t>
      </w:r>
      <w:proofErr w:type="spellEnd"/>
      <w:r>
        <w:t xml:space="preserve"> </w:t>
      </w:r>
      <w:proofErr w:type="spellStart"/>
      <w:r>
        <w:t>सकता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>।</w:t>
      </w:r>
    </w:p>
    <w:p w14:paraId="377C22D7" w14:textId="77777777" w:rsidR="00C56C88" w:rsidRDefault="00000000">
      <w:pPr>
        <w:spacing w:before="160" w:after="120"/>
      </w:pPr>
      <w:r>
        <w:rPr>
          <w:b/>
        </w:rPr>
        <w:t xml:space="preserve">5. </w:t>
      </w:r>
      <w:proofErr w:type="spellStart"/>
      <w:r>
        <w:rPr>
          <w:b/>
        </w:rPr>
        <w:t>विश्लेषण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परिणाम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एवं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विवेचना</w:t>
      </w:r>
      <w:proofErr w:type="spellEnd"/>
    </w:p>
    <w:p w14:paraId="30517131" w14:textId="77777777" w:rsidR="00C56C88" w:rsidRDefault="00000000" w:rsidP="004209E9">
      <w:pPr>
        <w:jc w:val="both"/>
      </w:pPr>
      <w:proofErr w:type="spellStart"/>
      <w:r>
        <w:t>यह</w:t>
      </w:r>
      <w:proofErr w:type="spellEnd"/>
      <w:r>
        <w:t xml:space="preserve"> </w:t>
      </w:r>
      <w:proofErr w:type="spellStart"/>
      <w:r>
        <w:t>शोध-पत्र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मुख्य</w:t>
      </w:r>
      <w:proofErr w:type="spellEnd"/>
      <w:r>
        <w:t xml:space="preserve"> </w:t>
      </w:r>
      <w:proofErr w:type="spellStart"/>
      <w:r>
        <w:t>विश्लेषणात्मक</w:t>
      </w:r>
      <w:proofErr w:type="spellEnd"/>
      <w:r>
        <w:t xml:space="preserve"> </w:t>
      </w:r>
      <w:proofErr w:type="spellStart"/>
      <w:r>
        <w:t>भाग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प्राप्त</w:t>
      </w:r>
      <w:proofErr w:type="spellEnd"/>
      <w:r>
        <w:t xml:space="preserve"> </w:t>
      </w:r>
      <w:proofErr w:type="spellStart"/>
      <w:r>
        <w:t>निष्कर्षों</w:t>
      </w:r>
      <w:proofErr w:type="spellEnd"/>
      <w:r>
        <w:t xml:space="preserve">, </w:t>
      </w:r>
      <w:proofErr w:type="spellStart"/>
      <w:r>
        <w:t>पाठ-विश्लेषण</w:t>
      </w:r>
      <w:proofErr w:type="spellEnd"/>
      <w:r>
        <w:t xml:space="preserve">, </w:t>
      </w:r>
      <w:proofErr w:type="spellStart"/>
      <w:r>
        <w:t>तर्कों</w:t>
      </w:r>
      <w:proofErr w:type="spellEnd"/>
      <w:r>
        <w:t xml:space="preserve">, </w:t>
      </w:r>
      <w:proofErr w:type="spellStart"/>
      <w:r>
        <w:t>प्रमाणों</w:t>
      </w:r>
      <w:proofErr w:type="spellEnd"/>
      <w:r>
        <w:t xml:space="preserve">, </w:t>
      </w:r>
      <w:proofErr w:type="spellStart"/>
      <w:r>
        <w:t>आंकड़ों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अवलोकनों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उद्देश्यों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अनुरूप</w:t>
      </w:r>
      <w:proofErr w:type="spellEnd"/>
      <w:r>
        <w:t xml:space="preserve"> </w:t>
      </w:r>
      <w:proofErr w:type="spellStart"/>
      <w:r>
        <w:t>तार्किक</w:t>
      </w:r>
      <w:proofErr w:type="spellEnd"/>
      <w:r>
        <w:t xml:space="preserve"> </w:t>
      </w:r>
      <w:proofErr w:type="spellStart"/>
      <w:r>
        <w:t>क्रम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प्रस्तुत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जाना</w:t>
      </w:r>
      <w:proofErr w:type="spellEnd"/>
      <w:r>
        <w:t xml:space="preserve"> </w:t>
      </w:r>
      <w:proofErr w:type="spellStart"/>
      <w:r>
        <w:t>चाहिए</w:t>
      </w:r>
      <w:proofErr w:type="spellEnd"/>
      <w:r>
        <w:t xml:space="preserve">। </w:t>
      </w:r>
      <w:proofErr w:type="spellStart"/>
      <w:r>
        <w:t>आवश्यकतानुसार</w:t>
      </w:r>
      <w:proofErr w:type="spellEnd"/>
      <w:r>
        <w:t xml:space="preserve"> </w:t>
      </w:r>
      <w:proofErr w:type="spellStart"/>
      <w:r>
        <w:t>अनुच्छेद</w:t>
      </w:r>
      <w:proofErr w:type="spellEnd"/>
      <w:r>
        <w:t xml:space="preserve">, </w:t>
      </w:r>
      <w:proofErr w:type="spellStart"/>
      <w:r>
        <w:t>उपशीर्षक</w:t>
      </w:r>
      <w:proofErr w:type="spellEnd"/>
      <w:r>
        <w:t xml:space="preserve">, </w:t>
      </w:r>
      <w:proofErr w:type="spellStart"/>
      <w:r>
        <w:t>तालिका</w:t>
      </w:r>
      <w:proofErr w:type="spellEnd"/>
      <w:r>
        <w:t xml:space="preserve">, </w:t>
      </w:r>
      <w:proofErr w:type="spellStart"/>
      <w:r>
        <w:t>चित्र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विषयगत</w:t>
      </w:r>
      <w:proofErr w:type="spellEnd"/>
      <w:r>
        <w:t xml:space="preserve"> </w:t>
      </w:r>
      <w:proofErr w:type="spellStart"/>
      <w:r>
        <w:t>खंडों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उपयोग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</w:t>
      </w:r>
      <w:proofErr w:type="spellEnd"/>
      <w:r>
        <w:t xml:space="preserve"> </w:t>
      </w:r>
      <w:proofErr w:type="spellStart"/>
      <w:r>
        <w:t>सकता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केवल</w:t>
      </w:r>
      <w:proofErr w:type="spellEnd"/>
      <w:r>
        <w:t xml:space="preserve"> </w:t>
      </w:r>
      <w:proofErr w:type="spellStart"/>
      <w:r>
        <w:t>तथ्य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डेटा</w:t>
      </w:r>
      <w:proofErr w:type="spellEnd"/>
      <w:r>
        <w:t xml:space="preserve"> </w:t>
      </w:r>
      <w:proofErr w:type="spellStart"/>
      <w:r>
        <w:t>दोहराने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बजाय</w:t>
      </w:r>
      <w:proofErr w:type="spellEnd"/>
      <w:r>
        <w:t xml:space="preserve"> </w:t>
      </w:r>
      <w:proofErr w:type="spellStart"/>
      <w:r>
        <w:t>उनका</w:t>
      </w:r>
      <w:proofErr w:type="spellEnd"/>
      <w:r>
        <w:t xml:space="preserve"> </w:t>
      </w:r>
      <w:proofErr w:type="spellStart"/>
      <w:r>
        <w:t>अर्थ</w:t>
      </w:r>
      <w:proofErr w:type="spellEnd"/>
      <w:r>
        <w:t xml:space="preserve">, </w:t>
      </w:r>
      <w:proofErr w:type="spellStart"/>
      <w:r>
        <w:t>संदर्भ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शोध-विषय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संबंध</w:t>
      </w:r>
      <w:proofErr w:type="spellEnd"/>
      <w:r>
        <w:t xml:space="preserve">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जाना</w:t>
      </w:r>
      <w:proofErr w:type="spellEnd"/>
      <w:r>
        <w:t xml:space="preserve"> </w:t>
      </w:r>
      <w:proofErr w:type="spellStart"/>
      <w:r>
        <w:t>चाहिए</w:t>
      </w:r>
      <w:proofErr w:type="spellEnd"/>
      <w:r>
        <w:t xml:space="preserve">। </w:t>
      </w:r>
      <w:proofErr w:type="spellStart"/>
      <w:r>
        <w:t>साहित्यिक</w:t>
      </w:r>
      <w:proofErr w:type="spellEnd"/>
      <w:r>
        <w:t xml:space="preserve"> </w:t>
      </w:r>
      <w:proofErr w:type="spellStart"/>
      <w:r>
        <w:t>अथवा</w:t>
      </w:r>
      <w:proofErr w:type="spellEnd"/>
      <w:r>
        <w:t xml:space="preserve"> </w:t>
      </w:r>
      <w:proofErr w:type="spellStart"/>
      <w:r>
        <w:t>सैद्धांतिक</w:t>
      </w:r>
      <w:proofErr w:type="spellEnd"/>
      <w:r>
        <w:t xml:space="preserve"> </w:t>
      </w:r>
      <w:proofErr w:type="spellStart"/>
      <w:r>
        <w:t>शोध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यही</w:t>
      </w:r>
      <w:proofErr w:type="spellEnd"/>
      <w:r>
        <w:t xml:space="preserve"> </w:t>
      </w:r>
      <w:proofErr w:type="spellStart"/>
      <w:r>
        <w:lastRenderedPageBreak/>
        <w:t>अनुभाग</w:t>
      </w:r>
      <w:proofErr w:type="spellEnd"/>
      <w:r>
        <w:t xml:space="preserve"> </w:t>
      </w:r>
      <w:proofErr w:type="spellStart"/>
      <w:r>
        <w:t>विस्तृत</w:t>
      </w:r>
      <w:proofErr w:type="spellEnd"/>
      <w:r>
        <w:t xml:space="preserve"> </w:t>
      </w:r>
      <w:proofErr w:type="spellStart"/>
      <w:r>
        <w:t>पाठ-विवेचना</w:t>
      </w:r>
      <w:proofErr w:type="spellEnd"/>
      <w:r>
        <w:t xml:space="preserve">, </w:t>
      </w:r>
      <w:proofErr w:type="spellStart"/>
      <w:r>
        <w:t>आलोचनात्मक</w:t>
      </w:r>
      <w:proofErr w:type="spellEnd"/>
      <w:r>
        <w:t xml:space="preserve"> </w:t>
      </w:r>
      <w:proofErr w:type="spellStart"/>
      <w:r>
        <w:t>विश्लेषण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विषयगत</w:t>
      </w:r>
      <w:proofErr w:type="spellEnd"/>
      <w:r>
        <w:t xml:space="preserve"> </w:t>
      </w:r>
      <w:proofErr w:type="spellStart"/>
      <w:r>
        <w:t>चर्चा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रूप</w:t>
      </w:r>
      <w:proofErr w:type="spellEnd"/>
      <w:r>
        <w:t xml:space="preserve"> </w:t>
      </w:r>
      <w:proofErr w:type="spellStart"/>
      <w:r>
        <w:t>ले</w:t>
      </w:r>
      <w:proofErr w:type="spellEnd"/>
      <w:r>
        <w:t xml:space="preserve"> </w:t>
      </w:r>
      <w:proofErr w:type="spellStart"/>
      <w:r>
        <w:t>सकता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>।</w:t>
      </w:r>
    </w:p>
    <w:p w14:paraId="3F702B89" w14:textId="77777777" w:rsidR="00C56C88" w:rsidRDefault="00000000" w:rsidP="004209E9">
      <w:pPr>
        <w:jc w:val="both"/>
      </w:pPr>
      <w:proofErr w:type="spellStart"/>
      <w:r>
        <w:t>एक</w:t>
      </w:r>
      <w:proofErr w:type="spellEnd"/>
      <w:r>
        <w:t xml:space="preserve"> </w:t>
      </w:r>
      <w:proofErr w:type="spellStart"/>
      <w:r>
        <w:t>सुदृढ़</w:t>
      </w:r>
      <w:proofErr w:type="spellEnd"/>
      <w:r>
        <w:t xml:space="preserve"> </w:t>
      </w:r>
      <w:proofErr w:type="spellStart"/>
      <w:r>
        <w:t>विवेचना</w:t>
      </w:r>
      <w:proofErr w:type="spellEnd"/>
      <w:r>
        <w:t xml:space="preserve"> </w:t>
      </w:r>
      <w:proofErr w:type="spellStart"/>
      <w:r>
        <w:t>वर्तमान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पूर्व</w:t>
      </w:r>
      <w:proofErr w:type="spellEnd"/>
      <w:r>
        <w:t xml:space="preserve"> </w:t>
      </w:r>
      <w:proofErr w:type="spellStart"/>
      <w:r>
        <w:t>शोध</w:t>
      </w:r>
      <w:proofErr w:type="spellEnd"/>
      <w:r>
        <w:t xml:space="preserve">, </w:t>
      </w:r>
      <w:proofErr w:type="spellStart"/>
      <w:r>
        <w:t>सिद्धांतों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उपलब्ध</w:t>
      </w:r>
      <w:proofErr w:type="spellEnd"/>
      <w:r>
        <w:t xml:space="preserve"> </w:t>
      </w:r>
      <w:proofErr w:type="spellStart"/>
      <w:r>
        <w:t>विद्वत्</w:t>
      </w:r>
      <w:proofErr w:type="spellEnd"/>
      <w:r>
        <w:t xml:space="preserve"> </w:t>
      </w:r>
      <w:proofErr w:type="spellStart"/>
      <w:r>
        <w:t>मतों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जोड़ती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जहाँ</w:t>
      </w:r>
      <w:proofErr w:type="spellEnd"/>
      <w:r>
        <w:t xml:space="preserve"> </w:t>
      </w:r>
      <w:proofErr w:type="spellStart"/>
      <w:r>
        <w:t>उपयुक्त</w:t>
      </w:r>
      <w:proofErr w:type="spellEnd"/>
      <w:r>
        <w:t xml:space="preserve"> </w:t>
      </w:r>
      <w:proofErr w:type="spellStart"/>
      <w:r>
        <w:t>हो</w:t>
      </w:r>
      <w:proofErr w:type="spellEnd"/>
      <w:r>
        <w:t xml:space="preserve">, </w:t>
      </w:r>
      <w:proofErr w:type="spellStart"/>
      <w:r>
        <w:t>समानताओं</w:t>
      </w:r>
      <w:proofErr w:type="spellEnd"/>
      <w:r>
        <w:t xml:space="preserve">, </w:t>
      </w:r>
      <w:proofErr w:type="spellStart"/>
      <w:r>
        <w:t>भिन्नताओं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उनके</w:t>
      </w:r>
      <w:proofErr w:type="spellEnd"/>
      <w:r>
        <w:t xml:space="preserve"> </w:t>
      </w:r>
      <w:proofErr w:type="spellStart"/>
      <w:r>
        <w:t>संभावित</w:t>
      </w:r>
      <w:proofErr w:type="spellEnd"/>
      <w:r>
        <w:t xml:space="preserve"> </w:t>
      </w:r>
      <w:proofErr w:type="spellStart"/>
      <w:r>
        <w:t>कारणों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जाए</w:t>
      </w:r>
      <w:proofErr w:type="spellEnd"/>
      <w:r>
        <w:t xml:space="preserve">। </w:t>
      </w:r>
      <w:proofErr w:type="spellStart"/>
      <w:r>
        <w:t>तालिकाओं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चित्रों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क्रमांक</w:t>
      </w:r>
      <w:proofErr w:type="spellEnd"/>
      <w:r>
        <w:t xml:space="preserve">,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शीर्षक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आवश्यक</w:t>
      </w:r>
      <w:proofErr w:type="spellEnd"/>
      <w:r>
        <w:t xml:space="preserve"> </w:t>
      </w:r>
      <w:proofErr w:type="spellStart"/>
      <w:r>
        <w:t>स्रोत</w:t>
      </w:r>
      <w:proofErr w:type="spellEnd"/>
      <w:r>
        <w:t>/</w:t>
      </w:r>
      <w:proofErr w:type="spellStart"/>
      <w:r>
        <w:t>टिप्पणी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साथ</w:t>
      </w:r>
      <w:proofErr w:type="spellEnd"/>
      <w:r>
        <w:t xml:space="preserve"> </w:t>
      </w:r>
      <w:proofErr w:type="spellStart"/>
      <w:r>
        <w:t>प्रस्तुत</w:t>
      </w:r>
      <w:proofErr w:type="spellEnd"/>
      <w:r>
        <w:t xml:space="preserve"> </w:t>
      </w:r>
      <w:proofErr w:type="spellStart"/>
      <w:r>
        <w:t>करें</w:t>
      </w:r>
      <w:proofErr w:type="spellEnd"/>
      <w:r>
        <w:t xml:space="preserve"> </w:t>
      </w:r>
      <w:proofErr w:type="spellStart"/>
      <w:r>
        <w:t>तथा</w:t>
      </w:r>
      <w:proofErr w:type="spellEnd"/>
      <w:r>
        <w:t xml:space="preserve"> </w:t>
      </w:r>
      <w:proofErr w:type="spellStart"/>
      <w:r>
        <w:t>पाठ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उनका</w:t>
      </w:r>
      <w:proofErr w:type="spellEnd"/>
      <w:r>
        <w:t xml:space="preserve"> </w:t>
      </w:r>
      <w:proofErr w:type="spellStart"/>
      <w:r>
        <w:t>उल्लेख</w:t>
      </w:r>
      <w:proofErr w:type="spellEnd"/>
      <w:r>
        <w:t xml:space="preserve"> </w:t>
      </w:r>
      <w:proofErr w:type="spellStart"/>
      <w:r>
        <w:t>अवश्य</w:t>
      </w:r>
      <w:proofErr w:type="spellEnd"/>
      <w:r>
        <w:t xml:space="preserve"> </w:t>
      </w:r>
      <w:proofErr w:type="spellStart"/>
      <w:r>
        <w:t>करें</w:t>
      </w:r>
      <w:proofErr w:type="spellEnd"/>
      <w:r>
        <w:t xml:space="preserve">। </w:t>
      </w:r>
      <w:proofErr w:type="spellStart"/>
      <w:r>
        <w:t>बड़ी</w:t>
      </w:r>
      <w:proofErr w:type="spellEnd"/>
      <w:r>
        <w:t xml:space="preserve"> </w:t>
      </w:r>
      <w:proofErr w:type="spellStart"/>
      <w:r>
        <w:t>मात्रा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कच्ची</w:t>
      </w:r>
      <w:proofErr w:type="spellEnd"/>
      <w:r>
        <w:t xml:space="preserve"> </w:t>
      </w:r>
      <w:proofErr w:type="spellStart"/>
      <w:r>
        <w:t>सामग्री</w:t>
      </w:r>
      <w:proofErr w:type="spellEnd"/>
      <w:r>
        <w:t xml:space="preserve"> </w:t>
      </w:r>
      <w:proofErr w:type="spellStart"/>
      <w:r>
        <w:t>बिना</w:t>
      </w:r>
      <w:proofErr w:type="spellEnd"/>
      <w:r>
        <w:t xml:space="preserve"> </w:t>
      </w:r>
      <w:proofErr w:type="spellStart"/>
      <w:r>
        <w:t>व्याख्या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न </w:t>
      </w:r>
      <w:proofErr w:type="spellStart"/>
      <w:r>
        <w:t>रखें</w:t>
      </w:r>
      <w:proofErr w:type="spellEnd"/>
      <w:r>
        <w:t xml:space="preserve">; </w:t>
      </w:r>
      <w:proofErr w:type="spellStart"/>
      <w:r>
        <w:t>इस</w:t>
      </w:r>
      <w:proofErr w:type="spellEnd"/>
      <w:r>
        <w:t xml:space="preserve"> </w:t>
      </w:r>
      <w:proofErr w:type="spellStart"/>
      <w:r>
        <w:t>अनुभाग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उद्देश्य</w:t>
      </w:r>
      <w:proofErr w:type="spellEnd"/>
      <w:r>
        <w:t xml:space="preserve"> </w:t>
      </w:r>
      <w:proofErr w:type="spellStart"/>
      <w:r>
        <w:t>प्रमाणों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आधार</w:t>
      </w:r>
      <w:proofErr w:type="spellEnd"/>
      <w:r>
        <w:t xml:space="preserve"> </w:t>
      </w:r>
      <w:proofErr w:type="spellStart"/>
      <w:r>
        <w:t>पर</w:t>
      </w:r>
      <w:proofErr w:type="spellEnd"/>
      <w:r>
        <w:t xml:space="preserve"> </w:t>
      </w:r>
      <w:proofErr w:type="spellStart"/>
      <w:r>
        <w:t>सुव्यवस्थित</w:t>
      </w:r>
      <w:proofErr w:type="spellEnd"/>
      <w:r>
        <w:t xml:space="preserve"> </w:t>
      </w:r>
      <w:proofErr w:type="spellStart"/>
      <w:r>
        <w:t>अकादमिक</w:t>
      </w:r>
      <w:proofErr w:type="spellEnd"/>
      <w:r>
        <w:t xml:space="preserve"> </w:t>
      </w:r>
      <w:proofErr w:type="spellStart"/>
      <w:r>
        <w:t>तर्क</w:t>
      </w:r>
      <w:proofErr w:type="spellEnd"/>
      <w:r>
        <w:t xml:space="preserve"> </w:t>
      </w:r>
      <w:proofErr w:type="spellStart"/>
      <w:r>
        <w:t>विकसित</w:t>
      </w:r>
      <w:proofErr w:type="spellEnd"/>
      <w:r>
        <w:t xml:space="preserve"> </w:t>
      </w:r>
      <w:proofErr w:type="spellStart"/>
      <w:r>
        <w:t>करना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>।</w:t>
      </w:r>
    </w:p>
    <w:p w14:paraId="4D42EC3A" w14:textId="77777777" w:rsidR="00C56C88" w:rsidRDefault="00000000">
      <w:pPr>
        <w:spacing w:before="80" w:after="80" w:line="240" w:lineRule="auto"/>
        <w:jc w:val="center"/>
      </w:pPr>
      <w:proofErr w:type="spellStart"/>
      <w:r>
        <w:rPr>
          <w:b/>
          <w:sz w:val="22"/>
        </w:rPr>
        <w:t>तालिका</w:t>
      </w:r>
      <w:proofErr w:type="spellEnd"/>
      <w:r>
        <w:rPr>
          <w:b/>
          <w:sz w:val="22"/>
        </w:rPr>
        <w:t xml:space="preserve"> 1: </w:t>
      </w:r>
      <w:proofErr w:type="spellStart"/>
      <w:r>
        <w:rPr>
          <w:b/>
          <w:sz w:val="22"/>
        </w:rPr>
        <w:t>निष्कर्षों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की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उदाहरणात्मक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प्रस्तुति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10"/>
        <w:gridCol w:w="3010"/>
        <w:gridCol w:w="3010"/>
      </w:tblGrid>
      <w:tr w:rsidR="00C56C88" w14:paraId="1FE1BDB1" w14:textId="77777777">
        <w:trPr>
          <w:cantSplit/>
          <w:tblHeader/>
          <w:jc w:val="center"/>
        </w:trPr>
        <w:tc>
          <w:tcPr>
            <w:tcW w:w="3010" w:type="dxa"/>
            <w:shd w:val="clear" w:color="auto" w:fill="D9EAF7"/>
            <w:vAlign w:val="center"/>
          </w:tcPr>
          <w:p w14:paraId="1B6D5586" w14:textId="77777777" w:rsidR="00CC2739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पहलू</w:t>
            </w:r>
            <w:proofErr w:type="spellEnd"/>
          </w:p>
        </w:tc>
        <w:tc>
          <w:tcPr>
            <w:tcW w:w="3010" w:type="dxa"/>
            <w:shd w:val="clear" w:color="auto" w:fill="D9EAF7"/>
            <w:vAlign w:val="center"/>
          </w:tcPr>
          <w:p w14:paraId="4C76B119" w14:textId="77777777" w:rsidR="00CC2739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अवलोकन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संकेतक</w:t>
            </w:r>
            <w:proofErr w:type="spellEnd"/>
          </w:p>
        </w:tc>
        <w:tc>
          <w:tcPr>
            <w:tcW w:w="3010" w:type="dxa"/>
            <w:shd w:val="clear" w:color="auto" w:fill="D9EAF7"/>
            <w:vAlign w:val="center"/>
          </w:tcPr>
          <w:p w14:paraId="0074E780" w14:textId="77777777" w:rsidR="00CC2739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व्याख्या</w:t>
            </w:r>
            <w:proofErr w:type="spellEnd"/>
          </w:p>
        </w:tc>
      </w:tr>
      <w:tr w:rsidR="00C56C88" w14:paraId="64721BBE" w14:textId="77777777">
        <w:trPr>
          <w:cantSplit/>
          <w:jc w:val="center"/>
        </w:trPr>
        <w:tc>
          <w:tcPr>
            <w:tcW w:w="3010" w:type="dxa"/>
            <w:vAlign w:val="center"/>
          </w:tcPr>
          <w:p w14:paraId="3236FEE1" w14:textId="77777777" w:rsidR="00CC2739" w:rsidRDefault="00000000">
            <w:proofErr w:type="spellStart"/>
            <w:r>
              <w:rPr>
                <w:sz w:val="20"/>
              </w:rPr>
              <w:t>पृष्ठभूमि</w:t>
            </w:r>
            <w:proofErr w:type="spellEnd"/>
          </w:p>
        </w:tc>
        <w:tc>
          <w:tcPr>
            <w:tcW w:w="3010" w:type="dxa"/>
            <w:vAlign w:val="center"/>
          </w:tcPr>
          <w:p w14:paraId="02DCB8F9" w14:textId="77777777" w:rsidR="00CC2739" w:rsidRDefault="00000000">
            <w:proofErr w:type="spellStart"/>
            <w:r>
              <w:rPr>
                <w:sz w:val="20"/>
              </w:rPr>
              <w:t>विषय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अनेक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संदर्भगत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कारकों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से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जुड़ा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है</w:t>
            </w:r>
            <w:proofErr w:type="spellEnd"/>
            <w:r>
              <w:rPr>
                <w:sz w:val="20"/>
              </w:rPr>
              <w:t>।</w:t>
            </w:r>
          </w:p>
        </w:tc>
        <w:tc>
          <w:tcPr>
            <w:tcW w:w="3010" w:type="dxa"/>
            <w:vAlign w:val="center"/>
          </w:tcPr>
          <w:p w14:paraId="68B0DF44" w14:textId="77777777" w:rsidR="00CC2739" w:rsidRDefault="00000000">
            <w:proofErr w:type="spellStart"/>
            <w:r>
              <w:rPr>
                <w:sz w:val="20"/>
              </w:rPr>
              <w:t>बहुआयामी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दृष्टिकोण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आवश्यक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है</w:t>
            </w:r>
            <w:proofErr w:type="spellEnd"/>
            <w:r>
              <w:rPr>
                <w:sz w:val="20"/>
              </w:rPr>
              <w:t>।</w:t>
            </w:r>
          </w:p>
        </w:tc>
      </w:tr>
      <w:tr w:rsidR="00C56C88" w14:paraId="1EB1BCC1" w14:textId="77777777">
        <w:trPr>
          <w:cantSplit/>
          <w:jc w:val="center"/>
        </w:trPr>
        <w:tc>
          <w:tcPr>
            <w:tcW w:w="3010" w:type="dxa"/>
            <w:vAlign w:val="center"/>
          </w:tcPr>
          <w:p w14:paraId="089F2DA1" w14:textId="77777777" w:rsidR="00CC2739" w:rsidRDefault="00000000">
            <w:proofErr w:type="spellStart"/>
            <w:r>
              <w:rPr>
                <w:sz w:val="20"/>
              </w:rPr>
              <w:t>प्रमाण</w:t>
            </w:r>
            <w:proofErr w:type="spellEnd"/>
          </w:p>
        </w:tc>
        <w:tc>
          <w:tcPr>
            <w:tcW w:w="3010" w:type="dxa"/>
            <w:vAlign w:val="center"/>
          </w:tcPr>
          <w:p w14:paraId="5DA638A7" w14:textId="77777777" w:rsidR="00CC2739" w:rsidRDefault="00000000">
            <w:proofErr w:type="spellStart"/>
            <w:r>
              <w:rPr>
                <w:sz w:val="20"/>
              </w:rPr>
              <w:t>चयनित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स्रोतों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उत्तरदाताओं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में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एक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स्पष्ट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प्रवृत्ति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दिखाई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देती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है</w:t>
            </w:r>
            <w:proofErr w:type="spellEnd"/>
            <w:r>
              <w:rPr>
                <w:sz w:val="20"/>
              </w:rPr>
              <w:t>।</w:t>
            </w:r>
          </w:p>
        </w:tc>
        <w:tc>
          <w:tcPr>
            <w:tcW w:w="3010" w:type="dxa"/>
            <w:vAlign w:val="center"/>
          </w:tcPr>
          <w:p w14:paraId="4CD83D3A" w14:textId="77777777" w:rsidR="00CC2739" w:rsidRDefault="00000000">
            <w:proofErr w:type="spellStart"/>
            <w:r>
              <w:rPr>
                <w:sz w:val="20"/>
              </w:rPr>
              <w:t>यह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प्रवृत्ति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अध्ययन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के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मुख्य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तर्क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को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समर्थन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देती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है</w:t>
            </w:r>
            <w:proofErr w:type="spellEnd"/>
            <w:r>
              <w:rPr>
                <w:sz w:val="20"/>
              </w:rPr>
              <w:t>।</w:t>
            </w:r>
          </w:p>
        </w:tc>
      </w:tr>
      <w:tr w:rsidR="00C56C88" w14:paraId="068E3477" w14:textId="77777777">
        <w:trPr>
          <w:cantSplit/>
          <w:jc w:val="center"/>
        </w:trPr>
        <w:tc>
          <w:tcPr>
            <w:tcW w:w="3010" w:type="dxa"/>
            <w:vAlign w:val="center"/>
          </w:tcPr>
          <w:p w14:paraId="23A2F40F" w14:textId="77777777" w:rsidR="00CC2739" w:rsidRDefault="00000000">
            <w:proofErr w:type="spellStart"/>
            <w:r>
              <w:rPr>
                <w:sz w:val="20"/>
              </w:rPr>
              <w:t>निहितार्थ</w:t>
            </w:r>
            <w:proofErr w:type="spellEnd"/>
          </w:p>
        </w:tc>
        <w:tc>
          <w:tcPr>
            <w:tcW w:w="3010" w:type="dxa"/>
            <w:vAlign w:val="center"/>
          </w:tcPr>
          <w:p w14:paraId="3D79A2EA" w14:textId="77777777" w:rsidR="00CC2739" w:rsidRDefault="00000000">
            <w:proofErr w:type="spellStart"/>
            <w:r>
              <w:rPr>
                <w:sz w:val="20"/>
              </w:rPr>
              <w:t>निष्कर्ष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सुधार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जागरूकता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या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आगे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के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अध्ययन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की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आवश्यकता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दर्शाते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हैं</w:t>
            </w:r>
            <w:proofErr w:type="spellEnd"/>
            <w:r>
              <w:rPr>
                <w:sz w:val="20"/>
              </w:rPr>
              <w:t>।</w:t>
            </w:r>
          </w:p>
        </w:tc>
        <w:tc>
          <w:tcPr>
            <w:tcW w:w="3010" w:type="dxa"/>
            <w:vAlign w:val="center"/>
          </w:tcPr>
          <w:p w14:paraId="7E6BBF13" w14:textId="77777777" w:rsidR="00CC2739" w:rsidRDefault="00000000">
            <w:proofErr w:type="spellStart"/>
            <w:r>
              <w:rPr>
                <w:sz w:val="20"/>
              </w:rPr>
              <w:t>अध्ययन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भविष्य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के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शोध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और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व्यावहारिक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उपयोग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में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योगदान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देता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है</w:t>
            </w:r>
            <w:proofErr w:type="spellEnd"/>
            <w:r>
              <w:rPr>
                <w:sz w:val="20"/>
              </w:rPr>
              <w:t>।</w:t>
            </w:r>
          </w:p>
        </w:tc>
      </w:tr>
    </w:tbl>
    <w:p w14:paraId="187F76C0" w14:textId="77777777" w:rsidR="00C56C88" w:rsidRDefault="00000000">
      <w:pPr>
        <w:spacing w:before="40" w:line="240" w:lineRule="auto"/>
      </w:pPr>
      <w:proofErr w:type="spellStart"/>
      <w:r>
        <w:rPr>
          <w:i/>
          <w:sz w:val="20"/>
        </w:rPr>
        <w:t>स्रोत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टिप्पणी</w:t>
      </w:r>
      <w:proofErr w:type="spellEnd"/>
      <w:r>
        <w:rPr>
          <w:i/>
          <w:sz w:val="20"/>
        </w:rPr>
        <w:t xml:space="preserve">: </w:t>
      </w:r>
      <w:proofErr w:type="spellStart"/>
      <w:r>
        <w:rPr>
          <w:i/>
          <w:sz w:val="20"/>
        </w:rPr>
        <w:t>उदाहरणात्मक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सामग्री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को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वास्तविक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आंकड़ों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विश्लेषण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से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बदलें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अथवा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आवश्यकता</w:t>
      </w:r>
      <w:proofErr w:type="spellEnd"/>
      <w:r>
        <w:rPr>
          <w:i/>
          <w:sz w:val="20"/>
        </w:rPr>
        <w:t xml:space="preserve"> न </w:t>
      </w:r>
      <w:proofErr w:type="spellStart"/>
      <w:r>
        <w:rPr>
          <w:i/>
          <w:sz w:val="20"/>
        </w:rPr>
        <w:t>होने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पर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तालिका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हटा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दें</w:t>
      </w:r>
      <w:proofErr w:type="spellEnd"/>
      <w:r>
        <w:rPr>
          <w:i/>
          <w:sz w:val="20"/>
        </w:rPr>
        <w:t>।</w:t>
      </w:r>
    </w:p>
    <w:p w14:paraId="6CFB5C18" w14:textId="77777777" w:rsidR="00C56C88" w:rsidRDefault="00000000">
      <w:pPr>
        <w:spacing w:before="160" w:after="120"/>
      </w:pPr>
      <w:r>
        <w:rPr>
          <w:b/>
        </w:rPr>
        <w:t xml:space="preserve">6. </w:t>
      </w:r>
      <w:proofErr w:type="spellStart"/>
      <w:r>
        <w:rPr>
          <w:b/>
        </w:rPr>
        <w:t>निष्कर्ष</w:t>
      </w:r>
      <w:proofErr w:type="spellEnd"/>
    </w:p>
    <w:p w14:paraId="0208F557" w14:textId="77777777" w:rsidR="00C56C88" w:rsidRDefault="00000000" w:rsidP="004209E9">
      <w:pPr>
        <w:jc w:val="both"/>
      </w:pPr>
      <w:proofErr w:type="spellStart"/>
      <w:r>
        <w:t>निष्कर्ष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शोध-पत्र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प्रमुख</w:t>
      </w:r>
      <w:proofErr w:type="spellEnd"/>
      <w:r>
        <w:t xml:space="preserve"> </w:t>
      </w:r>
      <w:proofErr w:type="spellStart"/>
      <w:r>
        <w:t>निष्कर्षों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संक्षिप्त</w:t>
      </w:r>
      <w:proofErr w:type="spellEnd"/>
      <w:r>
        <w:t xml:space="preserve">,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अर्थपूर्ण</w:t>
      </w:r>
      <w:proofErr w:type="spellEnd"/>
      <w:r>
        <w:t xml:space="preserve"> </w:t>
      </w:r>
      <w:proofErr w:type="spellStart"/>
      <w:r>
        <w:t>रूप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प्रस्तुत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जाना</w:t>
      </w:r>
      <w:proofErr w:type="spellEnd"/>
      <w:r>
        <w:t xml:space="preserve"> </w:t>
      </w:r>
      <w:proofErr w:type="spellStart"/>
      <w:r>
        <w:t>चाहिए</w:t>
      </w:r>
      <w:proofErr w:type="spellEnd"/>
      <w:r>
        <w:t xml:space="preserve">। </w:t>
      </w:r>
      <w:proofErr w:type="spellStart"/>
      <w:r>
        <w:t>इसमें</w:t>
      </w:r>
      <w:proofErr w:type="spellEnd"/>
      <w:r>
        <w:t xml:space="preserve"> </w:t>
      </w:r>
      <w:proofErr w:type="spellStart"/>
      <w:r>
        <w:t>कोई</w:t>
      </w:r>
      <w:proofErr w:type="spellEnd"/>
      <w:r>
        <w:t xml:space="preserve"> </w:t>
      </w:r>
      <w:proofErr w:type="spellStart"/>
      <w:r>
        <w:t>असंबंधित</w:t>
      </w:r>
      <w:proofErr w:type="spellEnd"/>
      <w:r>
        <w:t xml:space="preserve"> </w:t>
      </w:r>
      <w:proofErr w:type="spellStart"/>
      <w:r>
        <w:t>नई</w:t>
      </w:r>
      <w:proofErr w:type="spellEnd"/>
      <w:r>
        <w:t xml:space="preserve"> </w:t>
      </w:r>
      <w:proofErr w:type="spellStart"/>
      <w:r>
        <w:t>सामग्री</w:t>
      </w:r>
      <w:proofErr w:type="spellEnd"/>
      <w:r>
        <w:t xml:space="preserve"> न </w:t>
      </w:r>
      <w:proofErr w:type="spellStart"/>
      <w:r>
        <w:t>जोड़ी</w:t>
      </w:r>
      <w:proofErr w:type="spellEnd"/>
      <w:r>
        <w:t xml:space="preserve"> </w:t>
      </w:r>
      <w:proofErr w:type="spellStart"/>
      <w:r>
        <w:t>जाए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न </w:t>
      </w:r>
      <w:proofErr w:type="spellStart"/>
      <w:r>
        <w:t>ही</w:t>
      </w:r>
      <w:proofErr w:type="spellEnd"/>
      <w:r>
        <w:t xml:space="preserve"> </w:t>
      </w:r>
      <w:proofErr w:type="spellStart"/>
      <w:r>
        <w:t>पूरी</w:t>
      </w:r>
      <w:proofErr w:type="spellEnd"/>
      <w:r>
        <w:t xml:space="preserve"> </w:t>
      </w:r>
      <w:proofErr w:type="spellStart"/>
      <w:r>
        <w:t>चर्चा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दोहराया</w:t>
      </w:r>
      <w:proofErr w:type="spellEnd"/>
      <w:r>
        <w:t xml:space="preserve"> </w:t>
      </w:r>
      <w:proofErr w:type="spellStart"/>
      <w:r>
        <w:t>जाए</w:t>
      </w:r>
      <w:proofErr w:type="spellEnd"/>
      <w:r>
        <w:t xml:space="preserve">। </w:t>
      </w:r>
      <w:proofErr w:type="spellStart"/>
      <w:r>
        <w:t>एक</w:t>
      </w:r>
      <w:proofErr w:type="spellEnd"/>
      <w:r>
        <w:t xml:space="preserve"> </w:t>
      </w:r>
      <w:proofErr w:type="spellStart"/>
      <w:r>
        <w:t>अच्छा</w:t>
      </w:r>
      <w:proofErr w:type="spellEnd"/>
      <w:r>
        <w:t xml:space="preserve"> </w:t>
      </w:r>
      <w:proofErr w:type="spellStart"/>
      <w:r>
        <w:t>निष्कर्ष</w:t>
      </w:r>
      <w:proofErr w:type="spellEnd"/>
      <w:r>
        <w:t xml:space="preserve"> </w:t>
      </w:r>
      <w:proofErr w:type="spellStart"/>
      <w:r>
        <w:t>यह</w:t>
      </w:r>
      <w:proofErr w:type="spellEnd"/>
      <w:r>
        <w:t xml:space="preserve">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करता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 </w:t>
      </w:r>
      <w:proofErr w:type="spellStart"/>
      <w:r>
        <w:t>कि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क्या</w:t>
      </w:r>
      <w:proofErr w:type="spellEnd"/>
      <w:r>
        <w:t xml:space="preserve"> </w:t>
      </w:r>
      <w:proofErr w:type="spellStart"/>
      <w:r>
        <w:t>स्थापित</w:t>
      </w:r>
      <w:proofErr w:type="spellEnd"/>
      <w:r>
        <w:t xml:space="preserve"> </w:t>
      </w:r>
      <w:proofErr w:type="spellStart"/>
      <w:r>
        <w:t>हुआ</w:t>
      </w:r>
      <w:proofErr w:type="spellEnd"/>
      <w:r>
        <w:t xml:space="preserve">, </w:t>
      </w:r>
      <w:proofErr w:type="spellStart"/>
      <w:r>
        <w:t>उसका</w:t>
      </w:r>
      <w:proofErr w:type="spellEnd"/>
      <w:r>
        <w:t xml:space="preserve"> </w:t>
      </w:r>
      <w:proofErr w:type="spellStart"/>
      <w:r>
        <w:t>विषय-क्षेत्र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क्या</w:t>
      </w:r>
      <w:proofErr w:type="spellEnd"/>
      <w:r>
        <w:t xml:space="preserve"> महत्त्व </w:t>
      </w:r>
      <w:proofErr w:type="spellStart"/>
      <w:r>
        <w:t>है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वह</w:t>
      </w:r>
      <w:proofErr w:type="spellEnd"/>
      <w:r>
        <w:t xml:space="preserve"> </w:t>
      </w:r>
      <w:proofErr w:type="spellStart"/>
      <w:r>
        <w:t>उपलब्ध</w:t>
      </w:r>
      <w:proofErr w:type="spellEnd"/>
      <w:r>
        <w:t xml:space="preserve"> </w:t>
      </w:r>
      <w:proofErr w:type="spellStart"/>
      <w:r>
        <w:t>ज्ञान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किस</w:t>
      </w:r>
      <w:proofErr w:type="spellEnd"/>
      <w:r>
        <w:t xml:space="preserve"> </w:t>
      </w:r>
      <w:proofErr w:type="spellStart"/>
      <w:r>
        <w:t>प्रकार</w:t>
      </w:r>
      <w:proofErr w:type="spellEnd"/>
      <w:r>
        <w:t xml:space="preserve"> </w:t>
      </w:r>
      <w:proofErr w:type="spellStart"/>
      <w:r>
        <w:t>योगदान</w:t>
      </w:r>
      <w:proofErr w:type="spellEnd"/>
      <w:r>
        <w:t xml:space="preserve"> </w:t>
      </w:r>
      <w:proofErr w:type="spellStart"/>
      <w:r>
        <w:t>करता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 xml:space="preserve">। </w:t>
      </w:r>
      <w:proofErr w:type="spellStart"/>
      <w:r>
        <w:t>सीमित</w:t>
      </w:r>
      <w:proofErr w:type="spellEnd"/>
      <w:r>
        <w:t xml:space="preserve"> </w:t>
      </w:r>
      <w:proofErr w:type="spellStart"/>
      <w:r>
        <w:t>नमूना</w:t>
      </w:r>
      <w:proofErr w:type="spellEnd"/>
      <w:r>
        <w:t xml:space="preserve">, </w:t>
      </w:r>
      <w:proofErr w:type="spellStart"/>
      <w:r>
        <w:t>चयनित</w:t>
      </w:r>
      <w:proofErr w:type="spellEnd"/>
      <w:r>
        <w:t xml:space="preserve"> </w:t>
      </w:r>
      <w:proofErr w:type="spellStart"/>
      <w:r>
        <w:t>क्षेत्र</w:t>
      </w:r>
      <w:proofErr w:type="spellEnd"/>
      <w:r>
        <w:t xml:space="preserve">, </w:t>
      </w:r>
      <w:proofErr w:type="spellStart"/>
      <w:r>
        <w:t>विशिष्ट</w:t>
      </w:r>
      <w:proofErr w:type="spellEnd"/>
      <w:r>
        <w:t xml:space="preserve"> </w:t>
      </w:r>
      <w:proofErr w:type="spellStart"/>
      <w:r>
        <w:t>कालखंड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सीमित</w:t>
      </w:r>
      <w:proofErr w:type="spellEnd"/>
      <w:r>
        <w:t xml:space="preserve"> </w:t>
      </w:r>
      <w:proofErr w:type="spellStart"/>
      <w:r>
        <w:t>स्रोत</w:t>
      </w:r>
      <w:proofErr w:type="spellEnd"/>
      <w:r>
        <w:t xml:space="preserve"> </w:t>
      </w:r>
      <w:proofErr w:type="spellStart"/>
      <w:r>
        <w:t>जैसी</w:t>
      </w:r>
      <w:proofErr w:type="spellEnd"/>
      <w:r>
        <w:t xml:space="preserve"> </w:t>
      </w:r>
      <w:proofErr w:type="spellStart"/>
      <w:r>
        <w:t>महत्त्वपूर्ण</w:t>
      </w:r>
      <w:proofErr w:type="spellEnd"/>
      <w:r>
        <w:t xml:space="preserve"> </w:t>
      </w:r>
      <w:proofErr w:type="spellStart"/>
      <w:r>
        <w:t>सीमाओं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उल्लेख</w:t>
      </w:r>
      <w:proofErr w:type="spellEnd"/>
      <w:r>
        <w:t xml:space="preserve"> </w:t>
      </w:r>
      <w:proofErr w:type="spellStart"/>
      <w:r>
        <w:t>आवश्यकता</w:t>
      </w:r>
      <w:proofErr w:type="spellEnd"/>
      <w:r>
        <w:t xml:space="preserve"> </w:t>
      </w:r>
      <w:proofErr w:type="spellStart"/>
      <w:r>
        <w:t>होने</w:t>
      </w:r>
      <w:proofErr w:type="spellEnd"/>
      <w:r>
        <w:t xml:space="preserve"> </w:t>
      </w:r>
      <w:proofErr w:type="spellStart"/>
      <w:r>
        <w:t>पर</w:t>
      </w:r>
      <w:proofErr w:type="spellEnd"/>
      <w:r>
        <w:t xml:space="preserve"> </w:t>
      </w:r>
      <w:proofErr w:type="spellStart"/>
      <w:r>
        <w:t>किया</w:t>
      </w:r>
      <w:proofErr w:type="spellEnd"/>
      <w:r>
        <w:t xml:space="preserve"> </w:t>
      </w:r>
      <w:proofErr w:type="spellStart"/>
      <w:r>
        <w:t>जा</w:t>
      </w:r>
      <w:proofErr w:type="spellEnd"/>
      <w:r>
        <w:t xml:space="preserve"> </w:t>
      </w:r>
      <w:proofErr w:type="spellStart"/>
      <w:r>
        <w:t>सकता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>।</w:t>
      </w:r>
    </w:p>
    <w:p w14:paraId="2CB8BE62" w14:textId="77777777" w:rsidR="00C56C88" w:rsidRDefault="00000000" w:rsidP="004209E9">
      <w:pPr>
        <w:jc w:val="both"/>
      </w:pPr>
      <w:proofErr w:type="spellStart"/>
      <w:r>
        <w:t>अंतिम</w:t>
      </w:r>
      <w:proofErr w:type="spellEnd"/>
      <w:r>
        <w:t xml:space="preserve"> </w:t>
      </w:r>
      <w:proofErr w:type="spellStart"/>
      <w:r>
        <w:t>अनुच्छेद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विषय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प्रकृति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अनुसार</w:t>
      </w:r>
      <w:proofErr w:type="spellEnd"/>
      <w:r>
        <w:t xml:space="preserve"> </w:t>
      </w:r>
      <w:proofErr w:type="spellStart"/>
      <w:r>
        <w:t>व्यावहारिक</w:t>
      </w:r>
      <w:proofErr w:type="spellEnd"/>
      <w:r>
        <w:t xml:space="preserve"> </w:t>
      </w:r>
      <w:proofErr w:type="spellStart"/>
      <w:r>
        <w:t>सुझाव</w:t>
      </w:r>
      <w:proofErr w:type="spellEnd"/>
      <w:r>
        <w:t xml:space="preserve">, </w:t>
      </w:r>
      <w:proofErr w:type="spellStart"/>
      <w:r>
        <w:t>नीतिगत</w:t>
      </w:r>
      <w:proofErr w:type="spellEnd"/>
      <w:r>
        <w:t xml:space="preserve"> </w:t>
      </w:r>
      <w:proofErr w:type="spellStart"/>
      <w:r>
        <w:t>निहितार्थ</w:t>
      </w:r>
      <w:proofErr w:type="spellEnd"/>
      <w:r>
        <w:t xml:space="preserve">, </w:t>
      </w:r>
      <w:proofErr w:type="spellStart"/>
      <w:r>
        <w:t>साहित्यिक</w:t>
      </w:r>
      <w:proofErr w:type="spellEnd"/>
      <w:r>
        <w:t>/</w:t>
      </w:r>
      <w:proofErr w:type="spellStart"/>
      <w:r>
        <w:t>वैचारिक</w:t>
      </w:r>
      <w:proofErr w:type="spellEnd"/>
      <w:r>
        <w:t xml:space="preserve"> </w:t>
      </w:r>
      <w:proofErr w:type="spellStart"/>
      <w:r>
        <w:t>निष्पत्तियाँ</w:t>
      </w:r>
      <w:proofErr w:type="spellEnd"/>
      <w:r>
        <w:t xml:space="preserve"> </w:t>
      </w:r>
      <w:proofErr w:type="spellStart"/>
      <w:r>
        <w:t>अथवा</w:t>
      </w:r>
      <w:proofErr w:type="spellEnd"/>
      <w:r>
        <w:t xml:space="preserve"> </w:t>
      </w:r>
      <w:proofErr w:type="spellStart"/>
      <w:r>
        <w:t>भविष्य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शोध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दिशाएँ</w:t>
      </w:r>
      <w:proofErr w:type="spellEnd"/>
      <w:r>
        <w:t xml:space="preserve"> </w:t>
      </w:r>
      <w:proofErr w:type="spellStart"/>
      <w:r>
        <w:t>दी</w:t>
      </w:r>
      <w:proofErr w:type="spellEnd"/>
      <w:r>
        <w:t xml:space="preserve"> </w:t>
      </w:r>
      <w:proofErr w:type="spellStart"/>
      <w:r>
        <w:t>जा</w:t>
      </w:r>
      <w:proofErr w:type="spellEnd"/>
      <w:r>
        <w:t xml:space="preserve"> </w:t>
      </w:r>
      <w:proofErr w:type="spellStart"/>
      <w:r>
        <w:t>सकती</w:t>
      </w:r>
      <w:proofErr w:type="spellEnd"/>
      <w:r>
        <w:t xml:space="preserve"> </w:t>
      </w:r>
      <w:proofErr w:type="spellStart"/>
      <w:r>
        <w:t>हैं</w:t>
      </w:r>
      <w:proofErr w:type="spellEnd"/>
      <w:r>
        <w:t xml:space="preserve">। </w:t>
      </w:r>
      <w:proofErr w:type="spellStart"/>
      <w:r>
        <w:t>निष्कर्ष</w:t>
      </w:r>
      <w:proofErr w:type="spellEnd"/>
      <w:r>
        <w:t xml:space="preserve"> </w:t>
      </w:r>
      <w:proofErr w:type="spellStart"/>
      <w:r>
        <w:lastRenderedPageBreak/>
        <w:t>का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उद्देश्यों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प्रस्तुत</w:t>
      </w:r>
      <w:proofErr w:type="spellEnd"/>
      <w:r>
        <w:t xml:space="preserve"> </w:t>
      </w:r>
      <w:proofErr w:type="spellStart"/>
      <w:r>
        <w:t>प्रमाणों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सीधा</w:t>
      </w:r>
      <w:proofErr w:type="spellEnd"/>
      <w:r>
        <w:t xml:space="preserve"> </w:t>
      </w:r>
      <w:proofErr w:type="spellStart"/>
      <w:r>
        <w:t>संबंध</w:t>
      </w:r>
      <w:proofErr w:type="spellEnd"/>
      <w:r>
        <w:t xml:space="preserve"> </w:t>
      </w:r>
      <w:proofErr w:type="spellStart"/>
      <w:r>
        <w:t>होना</w:t>
      </w:r>
      <w:proofErr w:type="spellEnd"/>
      <w:r>
        <w:t xml:space="preserve"> </w:t>
      </w:r>
      <w:proofErr w:type="spellStart"/>
      <w:r>
        <w:t>चाहिए</w:t>
      </w:r>
      <w:proofErr w:type="spellEnd"/>
      <w:r>
        <w:t xml:space="preserve">, </w:t>
      </w:r>
      <w:proofErr w:type="spellStart"/>
      <w:r>
        <w:t>ताकि</w:t>
      </w:r>
      <w:proofErr w:type="spellEnd"/>
      <w:r>
        <w:t xml:space="preserve"> </w:t>
      </w:r>
      <w:proofErr w:type="spellStart"/>
      <w:r>
        <w:t>पाठक</w:t>
      </w:r>
      <w:proofErr w:type="spellEnd"/>
      <w:r>
        <w:t xml:space="preserve"> </w:t>
      </w:r>
      <w:proofErr w:type="spellStart"/>
      <w:r>
        <w:t>शोध-पत्र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अकादमिक</w:t>
      </w:r>
      <w:proofErr w:type="spellEnd"/>
      <w:r>
        <w:t xml:space="preserve"> </w:t>
      </w:r>
      <w:proofErr w:type="spellStart"/>
      <w:r>
        <w:t>योगदान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स्पष्ट</w:t>
      </w:r>
      <w:proofErr w:type="spellEnd"/>
      <w:r>
        <w:t xml:space="preserve"> </w:t>
      </w:r>
      <w:proofErr w:type="spellStart"/>
      <w:r>
        <w:t>रूप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समझ</w:t>
      </w:r>
      <w:proofErr w:type="spellEnd"/>
      <w:r>
        <w:t xml:space="preserve"> </w:t>
      </w:r>
      <w:proofErr w:type="spellStart"/>
      <w:r>
        <w:t>सके</w:t>
      </w:r>
      <w:proofErr w:type="spellEnd"/>
      <w:r>
        <w:t>।</w:t>
      </w:r>
    </w:p>
    <w:p w14:paraId="466C7CC9" w14:textId="77777777" w:rsidR="00C56C88" w:rsidRDefault="00000000">
      <w:pPr>
        <w:spacing w:before="160" w:after="120"/>
      </w:pPr>
      <w:proofErr w:type="spellStart"/>
      <w:r>
        <w:rPr>
          <w:b/>
        </w:rPr>
        <w:t>आभार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वैकल्पिक</w:t>
      </w:r>
      <w:proofErr w:type="spellEnd"/>
      <w:r>
        <w:rPr>
          <w:b/>
        </w:rPr>
        <w:t>)</w:t>
      </w:r>
    </w:p>
    <w:p w14:paraId="4AFC0AED" w14:textId="77777777" w:rsidR="00C56C88" w:rsidRDefault="00000000">
      <w:pPr>
        <w:jc w:val="both"/>
      </w:pPr>
      <w:r>
        <w:t>[</w:t>
      </w:r>
      <w:proofErr w:type="spellStart"/>
      <w:r>
        <w:t>संस्थागत</w:t>
      </w:r>
      <w:proofErr w:type="spellEnd"/>
      <w:r>
        <w:t xml:space="preserve">, </w:t>
      </w:r>
      <w:proofErr w:type="spellStart"/>
      <w:r>
        <w:t>वित्तीय</w:t>
      </w:r>
      <w:proofErr w:type="spellEnd"/>
      <w:r>
        <w:t xml:space="preserve">, </w:t>
      </w:r>
      <w:proofErr w:type="spellStart"/>
      <w:r>
        <w:t>तकनीकी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व्यक्तिगत</w:t>
      </w:r>
      <w:proofErr w:type="spellEnd"/>
      <w:r>
        <w:t xml:space="preserve"> </w:t>
      </w:r>
      <w:proofErr w:type="spellStart"/>
      <w:r>
        <w:t>सहयोग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उल्लेख</w:t>
      </w:r>
      <w:proofErr w:type="spellEnd"/>
      <w:r>
        <w:t xml:space="preserve"> </w:t>
      </w:r>
      <w:proofErr w:type="spellStart"/>
      <w:r>
        <w:t>करें</w:t>
      </w:r>
      <w:proofErr w:type="spellEnd"/>
      <w:r>
        <w:t xml:space="preserve">। </w:t>
      </w:r>
      <w:proofErr w:type="spellStart"/>
      <w:r>
        <w:t>लागू</w:t>
      </w:r>
      <w:proofErr w:type="spellEnd"/>
      <w:r>
        <w:t xml:space="preserve"> न </w:t>
      </w:r>
      <w:proofErr w:type="spellStart"/>
      <w:r>
        <w:t>होने</w:t>
      </w:r>
      <w:proofErr w:type="spellEnd"/>
      <w:r>
        <w:t xml:space="preserve"> </w:t>
      </w:r>
      <w:proofErr w:type="spellStart"/>
      <w:r>
        <w:t>पर</w:t>
      </w:r>
      <w:proofErr w:type="spellEnd"/>
      <w:r>
        <w:t xml:space="preserve"> </w:t>
      </w:r>
      <w:proofErr w:type="spellStart"/>
      <w:r>
        <w:t>यह</w:t>
      </w:r>
      <w:proofErr w:type="spellEnd"/>
      <w:r>
        <w:t xml:space="preserve"> </w:t>
      </w:r>
      <w:proofErr w:type="spellStart"/>
      <w:r>
        <w:t>अनुभाग</w:t>
      </w:r>
      <w:proofErr w:type="spellEnd"/>
      <w:r>
        <w:t xml:space="preserve"> </w:t>
      </w:r>
      <w:proofErr w:type="spellStart"/>
      <w:r>
        <w:t>हटा</w:t>
      </w:r>
      <w:proofErr w:type="spellEnd"/>
      <w:r>
        <w:t xml:space="preserve"> </w:t>
      </w:r>
      <w:proofErr w:type="spellStart"/>
      <w:r>
        <w:t>दें</w:t>
      </w:r>
      <w:proofErr w:type="spellEnd"/>
      <w:r>
        <w:t>।]</w:t>
      </w:r>
    </w:p>
    <w:p w14:paraId="423C131E" w14:textId="77777777" w:rsidR="00C56C88" w:rsidRDefault="00000000">
      <w:pPr>
        <w:spacing w:before="160" w:after="120"/>
      </w:pPr>
      <w:proofErr w:type="spellStart"/>
      <w:r>
        <w:rPr>
          <w:b/>
        </w:rPr>
        <w:t>वित्तीय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सहायता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विवरण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वैकल्पिक</w:t>
      </w:r>
      <w:proofErr w:type="spellEnd"/>
      <w:r>
        <w:rPr>
          <w:b/>
        </w:rPr>
        <w:t>)</w:t>
      </w:r>
    </w:p>
    <w:p w14:paraId="15B64AC1" w14:textId="77777777" w:rsidR="00C56C88" w:rsidRDefault="00000000">
      <w:pPr>
        <w:jc w:val="both"/>
      </w:pPr>
      <w:r>
        <w:t>[</w:t>
      </w:r>
      <w:proofErr w:type="spellStart"/>
      <w:r>
        <w:t>यदि</w:t>
      </w:r>
      <w:proofErr w:type="spellEnd"/>
      <w:r>
        <w:t xml:space="preserve"> </w:t>
      </w:r>
      <w:proofErr w:type="spellStart"/>
      <w:r>
        <w:t>कोई</w:t>
      </w:r>
      <w:proofErr w:type="spellEnd"/>
      <w:r>
        <w:t xml:space="preserve"> </w:t>
      </w:r>
      <w:proofErr w:type="spellStart"/>
      <w:r>
        <w:t>वित्तीय</w:t>
      </w:r>
      <w:proofErr w:type="spellEnd"/>
      <w:r>
        <w:t xml:space="preserve"> </w:t>
      </w:r>
      <w:proofErr w:type="spellStart"/>
      <w:r>
        <w:t>सहायता</w:t>
      </w:r>
      <w:proofErr w:type="spellEnd"/>
      <w:r>
        <w:t xml:space="preserve"> </w:t>
      </w:r>
      <w:proofErr w:type="spellStart"/>
      <w:r>
        <w:t>प्राप्त</w:t>
      </w:r>
      <w:proofErr w:type="spellEnd"/>
      <w:r>
        <w:t xml:space="preserve"> </w:t>
      </w:r>
      <w:proofErr w:type="spellStart"/>
      <w:r>
        <w:t>हुई</w:t>
      </w:r>
      <w:proofErr w:type="spellEnd"/>
      <w:r>
        <w:t xml:space="preserve"> </w:t>
      </w:r>
      <w:proofErr w:type="spellStart"/>
      <w:r>
        <w:t>हो</w:t>
      </w:r>
      <w:proofErr w:type="spellEnd"/>
      <w:r>
        <w:t xml:space="preserve"> </w:t>
      </w:r>
      <w:proofErr w:type="spellStart"/>
      <w:r>
        <w:t>तो</w:t>
      </w:r>
      <w:proofErr w:type="spellEnd"/>
      <w:r>
        <w:t xml:space="preserve"> </w:t>
      </w:r>
      <w:proofErr w:type="spellStart"/>
      <w:r>
        <w:t>स्रोत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अनुदान</w:t>
      </w:r>
      <w:proofErr w:type="spellEnd"/>
      <w:r>
        <w:t xml:space="preserve"> </w:t>
      </w:r>
      <w:proofErr w:type="spellStart"/>
      <w:r>
        <w:t>संख्या</w:t>
      </w:r>
      <w:proofErr w:type="spellEnd"/>
      <w:r>
        <w:t xml:space="preserve"> </w:t>
      </w:r>
      <w:proofErr w:type="spellStart"/>
      <w:r>
        <w:t>लिखें</w:t>
      </w:r>
      <w:proofErr w:type="spellEnd"/>
      <w:r>
        <w:t xml:space="preserve">। </w:t>
      </w:r>
      <w:proofErr w:type="spellStart"/>
      <w:r>
        <w:t>सहायता</w:t>
      </w:r>
      <w:proofErr w:type="spellEnd"/>
      <w:r>
        <w:t xml:space="preserve"> न </w:t>
      </w:r>
      <w:proofErr w:type="spellStart"/>
      <w:r>
        <w:t>मिलने</w:t>
      </w:r>
      <w:proofErr w:type="spellEnd"/>
      <w:r>
        <w:t xml:space="preserve"> </w:t>
      </w:r>
      <w:proofErr w:type="spellStart"/>
      <w:r>
        <w:t>पर</w:t>
      </w:r>
      <w:proofErr w:type="spellEnd"/>
      <w:r>
        <w:t xml:space="preserve"> </w:t>
      </w:r>
      <w:proofErr w:type="spellStart"/>
      <w:r>
        <w:t>लिख</w:t>
      </w:r>
      <w:proofErr w:type="spellEnd"/>
      <w:r>
        <w:t xml:space="preserve"> </w:t>
      </w:r>
      <w:proofErr w:type="spellStart"/>
      <w:r>
        <w:t>सकते</w:t>
      </w:r>
      <w:proofErr w:type="spellEnd"/>
      <w:r>
        <w:t xml:space="preserve"> </w:t>
      </w:r>
      <w:proofErr w:type="spellStart"/>
      <w:r>
        <w:t>हैं</w:t>
      </w:r>
      <w:proofErr w:type="spellEnd"/>
      <w:r>
        <w:t xml:space="preserve">: </w:t>
      </w:r>
      <w:proofErr w:type="spellStart"/>
      <w:r>
        <w:t>इस</w:t>
      </w:r>
      <w:proofErr w:type="spellEnd"/>
      <w:r>
        <w:t xml:space="preserve"> </w:t>
      </w:r>
      <w:proofErr w:type="spellStart"/>
      <w:r>
        <w:t>शोध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कोई</w:t>
      </w:r>
      <w:proofErr w:type="spellEnd"/>
      <w:r>
        <w:t xml:space="preserve"> </w:t>
      </w:r>
      <w:proofErr w:type="spellStart"/>
      <w:r>
        <w:t>बाहरी</w:t>
      </w:r>
      <w:proofErr w:type="spellEnd"/>
      <w:r>
        <w:t xml:space="preserve"> </w:t>
      </w:r>
      <w:proofErr w:type="spellStart"/>
      <w:r>
        <w:t>वित्तीय</w:t>
      </w:r>
      <w:proofErr w:type="spellEnd"/>
      <w:r>
        <w:t xml:space="preserve"> </w:t>
      </w:r>
      <w:proofErr w:type="spellStart"/>
      <w:r>
        <w:t>सहायता</w:t>
      </w:r>
      <w:proofErr w:type="spellEnd"/>
      <w:r>
        <w:t xml:space="preserve"> </w:t>
      </w:r>
      <w:proofErr w:type="spellStart"/>
      <w:r>
        <w:t>प्राप्त</w:t>
      </w:r>
      <w:proofErr w:type="spellEnd"/>
      <w:r>
        <w:t xml:space="preserve"> </w:t>
      </w:r>
      <w:proofErr w:type="spellStart"/>
      <w:r>
        <w:t>नहीं</w:t>
      </w:r>
      <w:proofErr w:type="spellEnd"/>
      <w:r>
        <w:t xml:space="preserve"> </w:t>
      </w:r>
      <w:proofErr w:type="spellStart"/>
      <w:r>
        <w:t>हुई</w:t>
      </w:r>
      <w:proofErr w:type="spellEnd"/>
      <w:r>
        <w:t>।]</w:t>
      </w:r>
    </w:p>
    <w:p w14:paraId="0D5E9453" w14:textId="77777777" w:rsidR="00C56C88" w:rsidRDefault="00000000">
      <w:pPr>
        <w:spacing w:before="160" w:after="120"/>
      </w:pPr>
      <w:proofErr w:type="spellStart"/>
      <w:r>
        <w:rPr>
          <w:b/>
        </w:rPr>
        <w:t>हितों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का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टकराव</w:t>
      </w:r>
      <w:proofErr w:type="spellEnd"/>
    </w:p>
    <w:p w14:paraId="006CEF33" w14:textId="77777777" w:rsidR="00C56C88" w:rsidRDefault="00000000">
      <w:pPr>
        <w:jc w:val="both"/>
      </w:pPr>
      <w:r>
        <w:t>[</w:t>
      </w:r>
      <w:proofErr w:type="spellStart"/>
      <w:r>
        <w:t>यदि</w:t>
      </w:r>
      <w:proofErr w:type="spellEnd"/>
      <w:r>
        <w:t xml:space="preserve"> </w:t>
      </w:r>
      <w:proofErr w:type="spellStart"/>
      <w:r>
        <w:t>कोई</w:t>
      </w:r>
      <w:proofErr w:type="spellEnd"/>
      <w:r>
        <w:t xml:space="preserve"> </w:t>
      </w:r>
      <w:proofErr w:type="spellStart"/>
      <w:r>
        <w:t>हितों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टकराव</w:t>
      </w:r>
      <w:proofErr w:type="spellEnd"/>
      <w:r>
        <w:t xml:space="preserve"> </w:t>
      </w:r>
      <w:proofErr w:type="spellStart"/>
      <w:r>
        <w:t>हो</w:t>
      </w:r>
      <w:proofErr w:type="spellEnd"/>
      <w:r>
        <w:t xml:space="preserve"> </w:t>
      </w:r>
      <w:proofErr w:type="spellStart"/>
      <w:r>
        <w:t>तो</w:t>
      </w:r>
      <w:proofErr w:type="spellEnd"/>
      <w:r>
        <w:t xml:space="preserve"> </w:t>
      </w:r>
      <w:proofErr w:type="spellStart"/>
      <w:r>
        <w:t>घोषित</w:t>
      </w:r>
      <w:proofErr w:type="spellEnd"/>
      <w:r>
        <w:t xml:space="preserve"> </w:t>
      </w:r>
      <w:proofErr w:type="spellStart"/>
      <w:r>
        <w:t>करें</w:t>
      </w:r>
      <w:proofErr w:type="spellEnd"/>
      <w:r>
        <w:t xml:space="preserve">। </w:t>
      </w:r>
      <w:proofErr w:type="spellStart"/>
      <w:r>
        <w:t>यदि</w:t>
      </w:r>
      <w:proofErr w:type="spellEnd"/>
      <w:r>
        <w:t xml:space="preserve"> </w:t>
      </w:r>
      <w:proofErr w:type="spellStart"/>
      <w:r>
        <w:t>नहीं</w:t>
      </w:r>
      <w:proofErr w:type="spellEnd"/>
      <w:r>
        <w:t xml:space="preserve"> </w:t>
      </w:r>
      <w:proofErr w:type="spellStart"/>
      <w:r>
        <w:t>हो</w:t>
      </w:r>
      <w:proofErr w:type="spellEnd"/>
      <w:r>
        <w:t xml:space="preserve"> </w:t>
      </w:r>
      <w:proofErr w:type="spellStart"/>
      <w:r>
        <w:t>तो</w:t>
      </w:r>
      <w:proofErr w:type="spellEnd"/>
      <w:r>
        <w:t xml:space="preserve"> </w:t>
      </w:r>
      <w:proofErr w:type="spellStart"/>
      <w:r>
        <w:t>लिखें</w:t>
      </w:r>
      <w:proofErr w:type="spellEnd"/>
      <w:r>
        <w:t xml:space="preserve">: </w:t>
      </w:r>
      <w:proofErr w:type="spellStart"/>
      <w:r>
        <w:t>लेखक</w:t>
      </w:r>
      <w:proofErr w:type="spellEnd"/>
      <w:r>
        <w:t>/</w:t>
      </w:r>
      <w:proofErr w:type="spellStart"/>
      <w:r>
        <w:t>लेखकों</w:t>
      </w:r>
      <w:proofErr w:type="spellEnd"/>
      <w:r>
        <w:t xml:space="preserve"> </w:t>
      </w:r>
      <w:proofErr w:type="spellStart"/>
      <w:r>
        <w:t>ने</w:t>
      </w:r>
      <w:proofErr w:type="spellEnd"/>
      <w:r>
        <w:t xml:space="preserve"> </w:t>
      </w:r>
      <w:proofErr w:type="spellStart"/>
      <w:r>
        <w:t>किसी</w:t>
      </w:r>
      <w:proofErr w:type="spellEnd"/>
      <w:r>
        <w:t xml:space="preserve"> </w:t>
      </w:r>
      <w:proofErr w:type="spellStart"/>
      <w:r>
        <w:t>हित-संघर्ष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घोषणा</w:t>
      </w:r>
      <w:proofErr w:type="spellEnd"/>
      <w:r>
        <w:t xml:space="preserve"> </w:t>
      </w:r>
      <w:proofErr w:type="spellStart"/>
      <w:r>
        <w:t>नहीं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है</w:t>
      </w:r>
      <w:proofErr w:type="spellEnd"/>
      <w:r>
        <w:t>।]</w:t>
      </w:r>
    </w:p>
    <w:p w14:paraId="6E213019" w14:textId="77777777" w:rsidR="00C56C88" w:rsidRDefault="00000000">
      <w:pPr>
        <w:spacing w:before="160" w:after="120"/>
      </w:pPr>
      <w:proofErr w:type="spellStart"/>
      <w:r>
        <w:rPr>
          <w:b/>
        </w:rPr>
        <w:t>लेखक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योगदान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वैकल्पिक</w:t>
      </w:r>
      <w:proofErr w:type="spellEnd"/>
      <w:r>
        <w:rPr>
          <w:b/>
        </w:rPr>
        <w:t>)</w:t>
      </w:r>
    </w:p>
    <w:p w14:paraId="0A3F0E3F" w14:textId="77777777" w:rsidR="00C56C88" w:rsidRDefault="00000000">
      <w:pPr>
        <w:jc w:val="both"/>
      </w:pPr>
      <w:r>
        <w:t>[</w:t>
      </w:r>
      <w:proofErr w:type="spellStart"/>
      <w:r>
        <w:t>बहु-लेखक</w:t>
      </w:r>
      <w:proofErr w:type="spellEnd"/>
      <w:r>
        <w:t xml:space="preserve"> </w:t>
      </w:r>
      <w:proofErr w:type="spellStart"/>
      <w:r>
        <w:t>शोध-पत्र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, </w:t>
      </w:r>
      <w:proofErr w:type="spellStart"/>
      <w:r>
        <w:t>यदि</w:t>
      </w:r>
      <w:proofErr w:type="spellEnd"/>
      <w:r>
        <w:t xml:space="preserve"> </w:t>
      </w:r>
      <w:proofErr w:type="spellStart"/>
      <w:r>
        <w:t>चयनित</w:t>
      </w:r>
      <w:proofErr w:type="spellEnd"/>
      <w:r>
        <w:t xml:space="preserve"> </w:t>
      </w:r>
      <w:proofErr w:type="spellStart"/>
      <w:r>
        <w:t>जर्नल</w:t>
      </w:r>
      <w:proofErr w:type="spellEnd"/>
      <w:r>
        <w:t xml:space="preserve"> </w:t>
      </w:r>
      <w:proofErr w:type="spellStart"/>
      <w:r>
        <w:t>अपेक्षा</w:t>
      </w:r>
      <w:proofErr w:type="spellEnd"/>
      <w:r>
        <w:t xml:space="preserve"> </w:t>
      </w:r>
      <w:proofErr w:type="spellStart"/>
      <w:r>
        <w:t>करता</w:t>
      </w:r>
      <w:proofErr w:type="spellEnd"/>
      <w:r>
        <w:t xml:space="preserve"> </w:t>
      </w:r>
      <w:proofErr w:type="spellStart"/>
      <w:r>
        <w:t>हो</w:t>
      </w:r>
      <w:proofErr w:type="spellEnd"/>
      <w:r>
        <w:t xml:space="preserve">, </w:t>
      </w:r>
      <w:proofErr w:type="spellStart"/>
      <w:r>
        <w:t>तो</w:t>
      </w:r>
      <w:proofErr w:type="spellEnd"/>
      <w:r>
        <w:t xml:space="preserve"> </w:t>
      </w:r>
      <w:proofErr w:type="spellStart"/>
      <w:r>
        <w:t>प्रत्येक</w:t>
      </w:r>
      <w:proofErr w:type="spellEnd"/>
      <w:r>
        <w:t xml:space="preserve"> </w:t>
      </w:r>
      <w:proofErr w:type="spellStart"/>
      <w:r>
        <w:t>लेखक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योगदान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संक्षिप्त</w:t>
      </w:r>
      <w:proofErr w:type="spellEnd"/>
      <w:r>
        <w:t xml:space="preserve"> </w:t>
      </w:r>
      <w:proofErr w:type="spellStart"/>
      <w:r>
        <w:t>विवरण</w:t>
      </w:r>
      <w:proofErr w:type="spellEnd"/>
      <w:r>
        <w:t xml:space="preserve"> </w:t>
      </w:r>
      <w:proofErr w:type="spellStart"/>
      <w:r>
        <w:t>दें</w:t>
      </w:r>
      <w:proofErr w:type="spellEnd"/>
      <w:r>
        <w:t>।]</w:t>
      </w:r>
    </w:p>
    <w:p w14:paraId="301239C4" w14:textId="77777777" w:rsidR="00C56C88" w:rsidRDefault="00000000">
      <w:pPr>
        <w:spacing w:before="160" w:after="120"/>
      </w:pPr>
      <w:proofErr w:type="spellStart"/>
      <w:r>
        <w:rPr>
          <w:b/>
        </w:rPr>
        <w:t>नैतिक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स्वीकृति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सहमति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जहाँ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लागू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हो</w:t>
      </w:r>
      <w:proofErr w:type="spellEnd"/>
      <w:r>
        <w:rPr>
          <w:b/>
        </w:rPr>
        <w:t>)</w:t>
      </w:r>
    </w:p>
    <w:p w14:paraId="463ED47E" w14:textId="77777777" w:rsidR="00C56C88" w:rsidRDefault="00000000">
      <w:pPr>
        <w:jc w:val="both"/>
      </w:pPr>
      <w:r>
        <w:t>[</w:t>
      </w:r>
      <w:proofErr w:type="spellStart"/>
      <w:r>
        <w:t>जहाँ</w:t>
      </w:r>
      <w:proofErr w:type="spellEnd"/>
      <w:r>
        <w:t xml:space="preserve"> </w:t>
      </w:r>
      <w:proofErr w:type="spellStart"/>
      <w:r>
        <w:t>आवश्यक</w:t>
      </w:r>
      <w:proofErr w:type="spellEnd"/>
      <w:r>
        <w:t xml:space="preserve"> </w:t>
      </w:r>
      <w:proofErr w:type="spellStart"/>
      <w:r>
        <w:t>हो</w:t>
      </w:r>
      <w:proofErr w:type="spellEnd"/>
      <w:r>
        <w:t xml:space="preserve">, </w:t>
      </w:r>
      <w:proofErr w:type="spellStart"/>
      <w:r>
        <w:t>नैतिक</w:t>
      </w:r>
      <w:proofErr w:type="spellEnd"/>
      <w:r>
        <w:t xml:space="preserve"> </w:t>
      </w:r>
      <w:proofErr w:type="spellStart"/>
      <w:r>
        <w:t>समिति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स्वीकृति</w:t>
      </w:r>
      <w:proofErr w:type="spellEnd"/>
      <w:r>
        <w:t xml:space="preserve">, </w:t>
      </w:r>
      <w:proofErr w:type="spellStart"/>
      <w:r>
        <w:t>सूचित</w:t>
      </w:r>
      <w:proofErr w:type="spellEnd"/>
      <w:r>
        <w:t xml:space="preserve"> </w:t>
      </w:r>
      <w:proofErr w:type="spellStart"/>
      <w:r>
        <w:t>सहमति</w:t>
      </w:r>
      <w:proofErr w:type="spellEnd"/>
      <w:r>
        <w:t xml:space="preserve">, </w:t>
      </w:r>
      <w:proofErr w:type="spellStart"/>
      <w:r>
        <w:t>सर्वेक्षण</w:t>
      </w:r>
      <w:proofErr w:type="spellEnd"/>
      <w:r>
        <w:t xml:space="preserve"> </w:t>
      </w:r>
      <w:proofErr w:type="spellStart"/>
      <w:r>
        <w:t>अनुमति</w:t>
      </w:r>
      <w:proofErr w:type="spellEnd"/>
      <w:r>
        <w:t xml:space="preserve"> </w:t>
      </w:r>
      <w:proofErr w:type="spellStart"/>
      <w:r>
        <w:t>अथवा</w:t>
      </w:r>
      <w:proofErr w:type="spellEnd"/>
      <w:r>
        <w:t xml:space="preserve"> </w:t>
      </w:r>
      <w:proofErr w:type="spellStart"/>
      <w:r>
        <w:t>मानव</w:t>
      </w:r>
      <w:proofErr w:type="spellEnd"/>
      <w:r>
        <w:t>/</w:t>
      </w:r>
      <w:proofErr w:type="spellStart"/>
      <w:r>
        <w:t>पशु</w:t>
      </w:r>
      <w:proofErr w:type="spellEnd"/>
      <w:r>
        <w:t xml:space="preserve"> </w:t>
      </w:r>
      <w:proofErr w:type="spellStart"/>
      <w:r>
        <w:t>अध्ययन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संबंधित</w:t>
      </w:r>
      <w:proofErr w:type="spellEnd"/>
      <w:r>
        <w:t xml:space="preserve"> </w:t>
      </w:r>
      <w:proofErr w:type="spellStart"/>
      <w:r>
        <w:t>स्वीकृति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विवरण</w:t>
      </w:r>
      <w:proofErr w:type="spellEnd"/>
      <w:r>
        <w:t xml:space="preserve"> </w:t>
      </w:r>
      <w:proofErr w:type="spellStart"/>
      <w:r>
        <w:t>दें</w:t>
      </w:r>
      <w:proofErr w:type="spellEnd"/>
      <w:r>
        <w:t xml:space="preserve">। </w:t>
      </w:r>
      <w:proofErr w:type="spellStart"/>
      <w:r>
        <w:t>लागू</w:t>
      </w:r>
      <w:proofErr w:type="spellEnd"/>
      <w:r>
        <w:t xml:space="preserve"> न </w:t>
      </w:r>
      <w:proofErr w:type="spellStart"/>
      <w:r>
        <w:t>होने</w:t>
      </w:r>
      <w:proofErr w:type="spellEnd"/>
      <w:r>
        <w:t xml:space="preserve"> </w:t>
      </w:r>
      <w:proofErr w:type="spellStart"/>
      <w:r>
        <w:t>पर</w:t>
      </w:r>
      <w:proofErr w:type="spellEnd"/>
      <w:r>
        <w:t xml:space="preserve"> </w:t>
      </w:r>
      <w:proofErr w:type="spellStart"/>
      <w:r>
        <w:t>अनुभाग</w:t>
      </w:r>
      <w:proofErr w:type="spellEnd"/>
      <w:r>
        <w:t xml:space="preserve"> </w:t>
      </w:r>
      <w:proofErr w:type="spellStart"/>
      <w:r>
        <w:t>हटाया</w:t>
      </w:r>
      <w:proofErr w:type="spellEnd"/>
      <w:r>
        <w:t xml:space="preserve"> </w:t>
      </w:r>
      <w:proofErr w:type="spellStart"/>
      <w:r>
        <w:t>जा</w:t>
      </w:r>
      <w:proofErr w:type="spellEnd"/>
      <w:r>
        <w:t xml:space="preserve"> </w:t>
      </w:r>
      <w:proofErr w:type="spellStart"/>
      <w:r>
        <w:t>सकता</w:t>
      </w:r>
      <w:proofErr w:type="spellEnd"/>
      <w:r>
        <w:t xml:space="preserve"> </w:t>
      </w:r>
      <w:proofErr w:type="spellStart"/>
      <w:r>
        <w:t>है</w:t>
      </w:r>
      <w:proofErr w:type="spellEnd"/>
      <w:r>
        <w:t>।]</w:t>
      </w:r>
    </w:p>
    <w:p w14:paraId="736AB9C4" w14:textId="77777777" w:rsidR="00C56C88" w:rsidRDefault="00000000">
      <w:pPr>
        <w:spacing w:before="160" w:after="120"/>
      </w:pPr>
      <w:proofErr w:type="spellStart"/>
      <w:r>
        <w:rPr>
          <w:b/>
        </w:rPr>
        <w:t>संदर्भ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सूची</w:t>
      </w:r>
      <w:proofErr w:type="spellEnd"/>
    </w:p>
    <w:p w14:paraId="606585CB" w14:textId="77777777" w:rsidR="00C56C88" w:rsidRDefault="00000000">
      <w:pPr>
        <w:jc w:val="both"/>
      </w:pPr>
      <w:r>
        <w:t>[</w:t>
      </w:r>
      <w:proofErr w:type="spellStart"/>
      <w:r>
        <w:t>चयनित</w:t>
      </w:r>
      <w:proofErr w:type="spellEnd"/>
      <w:r>
        <w:t xml:space="preserve"> </w:t>
      </w:r>
      <w:proofErr w:type="spellStart"/>
      <w:r>
        <w:t>जर्नल</w:t>
      </w:r>
      <w:proofErr w:type="spellEnd"/>
      <w:r>
        <w:t xml:space="preserve"> </w:t>
      </w:r>
      <w:proofErr w:type="spellStart"/>
      <w:r>
        <w:t>द्वारा</w:t>
      </w:r>
      <w:proofErr w:type="spellEnd"/>
      <w:r>
        <w:t xml:space="preserve"> </w:t>
      </w:r>
      <w:proofErr w:type="spellStart"/>
      <w:r>
        <w:t>निर्धारित</w:t>
      </w:r>
      <w:proofErr w:type="spellEnd"/>
      <w:r>
        <w:t xml:space="preserve"> APA, MLA </w:t>
      </w:r>
      <w:proofErr w:type="spellStart"/>
      <w:r>
        <w:t>अथवा</w:t>
      </w:r>
      <w:proofErr w:type="spellEnd"/>
      <w:r>
        <w:t xml:space="preserve"> </w:t>
      </w:r>
      <w:proofErr w:type="spellStart"/>
      <w:r>
        <w:t>अन्य</w:t>
      </w:r>
      <w:proofErr w:type="spellEnd"/>
      <w:r>
        <w:t xml:space="preserve"> </w:t>
      </w:r>
      <w:proofErr w:type="spellStart"/>
      <w:r>
        <w:t>संदर्भ-शैली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पालन</w:t>
      </w:r>
      <w:proofErr w:type="spellEnd"/>
      <w:r>
        <w:t xml:space="preserve"> </w:t>
      </w:r>
      <w:proofErr w:type="spellStart"/>
      <w:r>
        <w:t>करें</w:t>
      </w:r>
      <w:proofErr w:type="spellEnd"/>
      <w:r>
        <w:t xml:space="preserve">। </w:t>
      </w:r>
      <w:proofErr w:type="spellStart"/>
      <w:r>
        <w:t>सभी</w:t>
      </w:r>
      <w:proofErr w:type="spellEnd"/>
      <w:r>
        <w:t xml:space="preserve"> </w:t>
      </w:r>
      <w:proofErr w:type="spellStart"/>
      <w:r>
        <w:t>संदर्भ</w:t>
      </w:r>
      <w:proofErr w:type="spellEnd"/>
      <w:r>
        <w:t xml:space="preserve"> </w:t>
      </w:r>
      <w:proofErr w:type="spellStart"/>
      <w:r>
        <w:t>पूर्ण</w:t>
      </w:r>
      <w:proofErr w:type="spellEnd"/>
      <w:r>
        <w:t xml:space="preserve">, </w:t>
      </w:r>
      <w:proofErr w:type="spellStart"/>
      <w:r>
        <w:t>सत्यापन</w:t>
      </w:r>
      <w:proofErr w:type="spellEnd"/>
      <w:r>
        <w:t xml:space="preserve"> </w:t>
      </w:r>
      <w:proofErr w:type="spellStart"/>
      <w:r>
        <w:t>योग्य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एक</w:t>
      </w:r>
      <w:proofErr w:type="spellEnd"/>
      <w:r>
        <w:t xml:space="preserve"> </w:t>
      </w:r>
      <w:proofErr w:type="spellStart"/>
      <w:r>
        <w:t>समान</w:t>
      </w:r>
      <w:proofErr w:type="spellEnd"/>
      <w:r>
        <w:t xml:space="preserve"> </w:t>
      </w:r>
      <w:proofErr w:type="spellStart"/>
      <w:r>
        <w:t>शैली</w:t>
      </w:r>
      <w:proofErr w:type="spellEnd"/>
      <w:r>
        <w:t xml:space="preserve"> </w:t>
      </w:r>
      <w:proofErr w:type="spellStart"/>
      <w:r>
        <w:t>में</w:t>
      </w:r>
      <w:proofErr w:type="spellEnd"/>
      <w:r>
        <w:t xml:space="preserve"> </w:t>
      </w:r>
      <w:proofErr w:type="spellStart"/>
      <w:r>
        <w:t>हों</w:t>
      </w:r>
      <w:proofErr w:type="spellEnd"/>
      <w:r>
        <w:t xml:space="preserve">। </w:t>
      </w:r>
      <w:proofErr w:type="spellStart"/>
      <w:r>
        <w:t>नीचे</w:t>
      </w:r>
      <w:proofErr w:type="spellEnd"/>
      <w:r>
        <w:t xml:space="preserve"> </w:t>
      </w:r>
      <w:proofErr w:type="spellStart"/>
      <w:r>
        <w:t>दिए</w:t>
      </w:r>
      <w:proofErr w:type="spellEnd"/>
      <w:r>
        <w:t xml:space="preserve"> </w:t>
      </w:r>
      <w:proofErr w:type="spellStart"/>
      <w:r>
        <w:t>उदाहरणों</w:t>
      </w:r>
      <w:proofErr w:type="spellEnd"/>
      <w:r>
        <w:t xml:space="preserve"> </w:t>
      </w:r>
      <w:proofErr w:type="spellStart"/>
      <w:r>
        <w:t>को</w:t>
      </w:r>
      <w:proofErr w:type="spellEnd"/>
      <w:r>
        <w:t xml:space="preserve"> </w:t>
      </w:r>
      <w:proofErr w:type="spellStart"/>
      <w:r>
        <w:t>वास्तविक</w:t>
      </w:r>
      <w:proofErr w:type="spellEnd"/>
      <w:r>
        <w:t xml:space="preserve"> </w:t>
      </w:r>
      <w:proofErr w:type="spellStart"/>
      <w:r>
        <w:t>संदर्भों</w:t>
      </w:r>
      <w:proofErr w:type="spellEnd"/>
      <w:r>
        <w:t xml:space="preserve"> </w:t>
      </w:r>
      <w:proofErr w:type="spellStart"/>
      <w:r>
        <w:t>से</w:t>
      </w:r>
      <w:proofErr w:type="spellEnd"/>
      <w:r>
        <w:t xml:space="preserve"> </w:t>
      </w:r>
      <w:proofErr w:type="spellStart"/>
      <w:r>
        <w:t>बदलें</w:t>
      </w:r>
      <w:proofErr w:type="spellEnd"/>
      <w:r>
        <w:t>।]</w:t>
      </w:r>
    </w:p>
    <w:p w14:paraId="31CAA4AC" w14:textId="77777777" w:rsidR="00C56C88" w:rsidRDefault="00000000" w:rsidP="004209E9">
      <w:pPr>
        <w:spacing w:after="120"/>
        <w:ind w:left="720" w:hanging="720"/>
        <w:jc w:val="both"/>
      </w:pPr>
      <w:proofErr w:type="spellStart"/>
      <w:r>
        <w:t>शर्मा</w:t>
      </w:r>
      <w:proofErr w:type="spellEnd"/>
      <w:r>
        <w:t>, अ. अ. (</w:t>
      </w:r>
      <w:proofErr w:type="spellStart"/>
      <w:r>
        <w:t>वर्ष</w:t>
      </w:r>
      <w:proofErr w:type="spellEnd"/>
      <w:r>
        <w:t xml:space="preserve">). </w:t>
      </w:r>
      <w:proofErr w:type="spellStart"/>
      <w:r>
        <w:t>शोध-लेख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शीर्षक</w:t>
      </w:r>
      <w:proofErr w:type="spellEnd"/>
      <w:r>
        <w:t xml:space="preserve">. </w:t>
      </w:r>
      <w:proofErr w:type="spellStart"/>
      <w:r>
        <w:t>पत्रिका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नाम</w:t>
      </w:r>
      <w:proofErr w:type="spellEnd"/>
      <w:r>
        <w:t xml:space="preserve">, </w:t>
      </w:r>
      <w:proofErr w:type="spellStart"/>
      <w:r>
        <w:t>खंड</w:t>
      </w:r>
      <w:proofErr w:type="spellEnd"/>
      <w:r>
        <w:t>(</w:t>
      </w:r>
      <w:proofErr w:type="spellStart"/>
      <w:r>
        <w:t>अंक</w:t>
      </w:r>
      <w:proofErr w:type="spellEnd"/>
      <w:r>
        <w:t xml:space="preserve">), </w:t>
      </w:r>
      <w:proofErr w:type="spellStart"/>
      <w:r>
        <w:t>पृष्ठ-पृष्ठ</w:t>
      </w:r>
      <w:proofErr w:type="spellEnd"/>
      <w:r>
        <w:t>. https://doi.org/xxxxx</w:t>
      </w:r>
    </w:p>
    <w:p w14:paraId="461C31DA" w14:textId="77777777" w:rsidR="00C56C88" w:rsidRDefault="00000000" w:rsidP="004209E9">
      <w:pPr>
        <w:spacing w:after="120"/>
        <w:ind w:left="720" w:hanging="720"/>
        <w:jc w:val="both"/>
      </w:pPr>
      <w:proofErr w:type="spellStart"/>
      <w:r>
        <w:t>वर्मा</w:t>
      </w:r>
      <w:proofErr w:type="spellEnd"/>
      <w:r>
        <w:t>, ब. ब. (</w:t>
      </w:r>
      <w:proofErr w:type="spellStart"/>
      <w:r>
        <w:t>वर्ष</w:t>
      </w:r>
      <w:proofErr w:type="spellEnd"/>
      <w:r>
        <w:t xml:space="preserve">). </w:t>
      </w:r>
      <w:proofErr w:type="spellStart"/>
      <w:r>
        <w:t>पुस्तक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शीर्षक</w:t>
      </w:r>
      <w:proofErr w:type="spellEnd"/>
      <w:r>
        <w:t xml:space="preserve">. </w:t>
      </w:r>
      <w:proofErr w:type="spellStart"/>
      <w:r>
        <w:t>प्रकाशक</w:t>
      </w:r>
      <w:proofErr w:type="spellEnd"/>
      <w:r>
        <w:t>।</w:t>
      </w:r>
    </w:p>
    <w:p w14:paraId="42B14A18" w14:textId="77777777" w:rsidR="00C56C88" w:rsidRDefault="00000000" w:rsidP="004209E9">
      <w:pPr>
        <w:spacing w:after="120"/>
        <w:ind w:left="720" w:hanging="720"/>
        <w:jc w:val="both"/>
      </w:pPr>
      <w:proofErr w:type="spellStart"/>
      <w:r>
        <w:lastRenderedPageBreak/>
        <w:t>मिश्र</w:t>
      </w:r>
      <w:proofErr w:type="spellEnd"/>
      <w:r>
        <w:t xml:space="preserve">, स. स., </w:t>
      </w:r>
      <w:proofErr w:type="spellStart"/>
      <w:r>
        <w:t>एवं</w:t>
      </w:r>
      <w:proofErr w:type="spellEnd"/>
      <w:r>
        <w:t xml:space="preserve"> </w:t>
      </w:r>
      <w:proofErr w:type="spellStart"/>
      <w:r>
        <w:t>लेखक</w:t>
      </w:r>
      <w:proofErr w:type="spellEnd"/>
      <w:r>
        <w:t>, द. द. (</w:t>
      </w:r>
      <w:proofErr w:type="spellStart"/>
      <w:r>
        <w:t>वर्ष</w:t>
      </w:r>
      <w:proofErr w:type="spellEnd"/>
      <w:r>
        <w:t xml:space="preserve">). </w:t>
      </w:r>
      <w:proofErr w:type="spellStart"/>
      <w:r>
        <w:t>अध्याय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शीर्षक</w:t>
      </w:r>
      <w:proofErr w:type="spellEnd"/>
      <w:r>
        <w:t xml:space="preserve">. </w:t>
      </w:r>
      <w:proofErr w:type="spellStart"/>
      <w:r>
        <w:t>संपादक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नाम</w:t>
      </w:r>
      <w:proofErr w:type="spellEnd"/>
      <w:r>
        <w:t xml:space="preserve"> (</w:t>
      </w:r>
      <w:proofErr w:type="spellStart"/>
      <w:r>
        <w:t>संपा</w:t>
      </w:r>
      <w:proofErr w:type="spellEnd"/>
      <w:r>
        <w:t xml:space="preserve">.), </w:t>
      </w:r>
      <w:proofErr w:type="spellStart"/>
      <w:r>
        <w:t>पुस्तक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शीर्षक</w:t>
      </w:r>
      <w:proofErr w:type="spellEnd"/>
      <w:r>
        <w:t xml:space="preserve"> (</w:t>
      </w:r>
      <w:proofErr w:type="spellStart"/>
      <w:r>
        <w:t>पृ</w:t>
      </w:r>
      <w:proofErr w:type="spellEnd"/>
      <w:r>
        <w:t xml:space="preserve">. xx-xx). </w:t>
      </w:r>
      <w:proofErr w:type="spellStart"/>
      <w:r>
        <w:t>प्रकाशक</w:t>
      </w:r>
      <w:proofErr w:type="spellEnd"/>
      <w:r>
        <w:t>।</w:t>
      </w:r>
    </w:p>
    <w:p w14:paraId="58C4F0DB" w14:textId="0B9BFCFB" w:rsidR="004209E9" w:rsidRPr="00B4500F" w:rsidRDefault="00000000" w:rsidP="00B4500F">
      <w:pPr>
        <w:spacing w:after="120"/>
        <w:ind w:left="720" w:hanging="720"/>
        <w:jc w:val="both"/>
      </w:pPr>
      <w:proofErr w:type="spellStart"/>
      <w:r>
        <w:t>संस्था</w:t>
      </w:r>
      <w:proofErr w:type="spellEnd"/>
      <w:r>
        <w:t>/</w:t>
      </w:r>
      <w:proofErr w:type="spellStart"/>
      <w:r>
        <w:t>संगठन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नाम</w:t>
      </w:r>
      <w:proofErr w:type="spellEnd"/>
      <w:r>
        <w:t>. (</w:t>
      </w:r>
      <w:proofErr w:type="spellStart"/>
      <w:r>
        <w:t>वर्ष</w:t>
      </w:r>
      <w:proofErr w:type="spellEnd"/>
      <w:r>
        <w:t xml:space="preserve">). </w:t>
      </w:r>
      <w:proofErr w:type="spellStart"/>
      <w:r>
        <w:t>प्रतिवेदन</w:t>
      </w:r>
      <w:proofErr w:type="spellEnd"/>
      <w:r>
        <w:t>/</w:t>
      </w:r>
      <w:proofErr w:type="spellStart"/>
      <w:r>
        <w:t>दस्तावेज</w:t>
      </w:r>
      <w:proofErr w:type="spellEnd"/>
      <w:r>
        <w:t xml:space="preserve"> </w:t>
      </w:r>
      <w:proofErr w:type="spellStart"/>
      <w:r>
        <w:t>का</w:t>
      </w:r>
      <w:proofErr w:type="spellEnd"/>
      <w:r>
        <w:t xml:space="preserve"> </w:t>
      </w:r>
      <w:proofErr w:type="spellStart"/>
      <w:r>
        <w:t>शीर्षक</w:t>
      </w:r>
      <w:proofErr w:type="spellEnd"/>
      <w:r>
        <w:t xml:space="preserve">. </w:t>
      </w:r>
      <w:proofErr w:type="spellStart"/>
      <w:r>
        <w:t>प्रकाशक</w:t>
      </w:r>
      <w:proofErr w:type="spellEnd"/>
      <w:r>
        <w:t>/</w:t>
      </w:r>
      <w:proofErr w:type="spellStart"/>
      <w:r>
        <w:t>संस्था</w:t>
      </w:r>
      <w:proofErr w:type="spellEnd"/>
      <w:r>
        <w:t>।</w:t>
      </w:r>
    </w:p>
    <w:p w14:paraId="552DC287" w14:textId="0BC9D389" w:rsidR="00C56C88" w:rsidRDefault="00000000">
      <w:pPr>
        <w:spacing w:before="160" w:after="120"/>
      </w:pPr>
      <w:proofErr w:type="spellStart"/>
      <w:r>
        <w:rPr>
          <w:b/>
        </w:rPr>
        <w:t>परिशिष्ट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वैकल्पिक</w:t>
      </w:r>
      <w:proofErr w:type="spellEnd"/>
      <w:r>
        <w:rPr>
          <w:b/>
        </w:rPr>
        <w:t>)</w:t>
      </w:r>
    </w:p>
    <w:p w14:paraId="578CA848" w14:textId="77777777" w:rsidR="00C56C88" w:rsidRDefault="00000000">
      <w:pPr>
        <w:jc w:val="both"/>
      </w:pPr>
      <w:r>
        <w:t>[</w:t>
      </w:r>
      <w:proofErr w:type="spellStart"/>
      <w:r>
        <w:t>केवल</w:t>
      </w:r>
      <w:proofErr w:type="spellEnd"/>
      <w:r>
        <w:t xml:space="preserve"> </w:t>
      </w:r>
      <w:proofErr w:type="spellStart"/>
      <w:r>
        <w:t>आवश्यकता</w:t>
      </w:r>
      <w:proofErr w:type="spellEnd"/>
      <w:r>
        <w:t xml:space="preserve"> </w:t>
      </w:r>
      <w:proofErr w:type="spellStart"/>
      <w:r>
        <w:t>होने</w:t>
      </w:r>
      <w:proofErr w:type="spellEnd"/>
      <w:r>
        <w:t xml:space="preserve"> </w:t>
      </w:r>
      <w:proofErr w:type="spellStart"/>
      <w:r>
        <w:t>पर</w:t>
      </w:r>
      <w:proofErr w:type="spellEnd"/>
      <w:r>
        <w:t xml:space="preserve"> </w:t>
      </w:r>
      <w:proofErr w:type="spellStart"/>
      <w:r>
        <w:t>प्रश्नावली</w:t>
      </w:r>
      <w:proofErr w:type="spellEnd"/>
      <w:r>
        <w:t xml:space="preserve">, </w:t>
      </w:r>
      <w:proofErr w:type="spellStart"/>
      <w:r>
        <w:t>पूरक</w:t>
      </w:r>
      <w:proofErr w:type="spellEnd"/>
      <w:r>
        <w:t xml:space="preserve"> </w:t>
      </w:r>
      <w:proofErr w:type="spellStart"/>
      <w:r>
        <w:t>आंकड़े</w:t>
      </w:r>
      <w:proofErr w:type="spellEnd"/>
      <w:r>
        <w:t xml:space="preserve">, </w:t>
      </w:r>
      <w:proofErr w:type="spellStart"/>
      <w:r>
        <w:t>साक्षात्कार</w:t>
      </w:r>
      <w:proofErr w:type="spellEnd"/>
      <w:r>
        <w:t xml:space="preserve"> </w:t>
      </w:r>
      <w:proofErr w:type="spellStart"/>
      <w:r>
        <w:t>अनुसूची</w:t>
      </w:r>
      <w:proofErr w:type="spellEnd"/>
      <w:r>
        <w:t xml:space="preserve"> </w:t>
      </w:r>
      <w:proofErr w:type="spellStart"/>
      <w:r>
        <w:t>या</w:t>
      </w:r>
      <w:proofErr w:type="spellEnd"/>
      <w:r>
        <w:t xml:space="preserve"> </w:t>
      </w:r>
      <w:proofErr w:type="spellStart"/>
      <w:r>
        <w:t>अतिरिक्त</w:t>
      </w:r>
      <w:proofErr w:type="spellEnd"/>
      <w:r>
        <w:t xml:space="preserve"> </w:t>
      </w:r>
      <w:proofErr w:type="spellStart"/>
      <w:r>
        <w:t>तालिकाएँ</w:t>
      </w:r>
      <w:proofErr w:type="spellEnd"/>
      <w:r>
        <w:t xml:space="preserve"> </w:t>
      </w:r>
      <w:proofErr w:type="spellStart"/>
      <w:r>
        <w:t>जोड़ें</w:t>
      </w:r>
      <w:proofErr w:type="spellEnd"/>
      <w:r>
        <w:t xml:space="preserve">। </w:t>
      </w:r>
      <w:proofErr w:type="spellStart"/>
      <w:r>
        <w:t>लागू</w:t>
      </w:r>
      <w:proofErr w:type="spellEnd"/>
      <w:r>
        <w:t xml:space="preserve"> न </w:t>
      </w:r>
      <w:proofErr w:type="spellStart"/>
      <w:r>
        <w:t>होने</w:t>
      </w:r>
      <w:proofErr w:type="spellEnd"/>
      <w:r>
        <w:t xml:space="preserve"> </w:t>
      </w:r>
      <w:proofErr w:type="spellStart"/>
      <w:r>
        <w:t>पर</w:t>
      </w:r>
      <w:proofErr w:type="spellEnd"/>
      <w:r>
        <w:t xml:space="preserve"> </w:t>
      </w:r>
      <w:proofErr w:type="spellStart"/>
      <w:r>
        <w:t>यह</w:t>
      </w:r>
      <w:proofErr w:type="spellEnd"/>
      <w:r>
        <w:t xml:space="preserve"> </w:t>
      </w:r>
      <w:proofErr w:type="spellStart"/>
      <w:r>
        <w:t>अनुभाग</w:t>
      </w:r>
      <w:proofErr w:type="spellEnd"/>
      <w:r>
        <w:t xml:space="preserve"> </w:t>
      </w:r>
      <w:proofErr w:type="spellStart"/>
      <w:r>
        <w:t>हटा</w:t>
      </w:r>
      <w:proofErr w:type="spellEnd"/>
      <w:r>
        <w:t xml:space="preserve"> </w:t>
      </w:r>
      <w:proofErr w:type="spellStart"/>
      <w:r>
        <w:t>दें</w:t>
      </w:r>
      <w:proofErr w:type="spellEnd"/>
      <w:r>
        <w:t>।]</w:t>
      </w:r>
    </w:p>
    <w:p w14:paraId="4A20B9EE" w14:textId="1658E358" w:rsidR="00C56C88" w:rsidRDefault="00C56C88"/>
    <w:p w14:paraId="6489CF41" w14:textId="77777777" w:rsidR="00C56C88" w:rsidRDefault="00C56C88">
      <w:pPr>
        <w:spacing w:after="0"/>
      </w:pPr>
    </w:p>
    <w:p w14:paraId="15E0CAC1" w14:textId="77777777" w:rsidR="00C56C88" w:rsidRDefault="00000000">
      <w:pPr>
        <w:spacing w:after="120"/>
      </w:pPr>
      <w:proofErr w:type="spellStart"/>
      <w:r>
        <w:rPr>
          <w:b/>
        </w:rPr>
        <w:t>महत्त्वपूर्ण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पाण्डुलिपि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लेखन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निर्देश</w:t>
      </w:r>
      <w:proofErr w:type="spellEnd"/>
    </w:p>
    <w:p w14:paraId="6BCF154B" w14:textId="77777777" w:rsidR="00C56C88" w:rsidRDefault="00000000">
      <w:pPr>
        <w:spacing w:after="120"/>
        <w:jc w:val="both"/>
      </w:pPr>
      <w:proofErr w:type="spellStart"/>
      <w:r>
        <w:rPr>
          <w:sz w:val="22"/>
        </w:rPr>
        <w:t>मुख्य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शोध-पत्र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को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सुव्यवस्थित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अकादमिक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अनुच्छेदों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में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लिखा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जाना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चाहिए</w:t>
      </w:r>
      <w:proofErr w:type="spellEnd"/>
      <w:r>
        <w:rPr>
          <w:sz w:val="22"/>
        </w:rPr>
        <w:t xml:space="preserve">। </w:t>
      </w:r>
      <w:proofErr w:type="spellStart"/>
      <w:r>
        <w:rPr>
          <w:sz w:val="22"/>
        </w:rPr>
        <w:t>पूरे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आलेख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को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बुलेट-पॉइंट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नोट्स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या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प्रस्तुति</w:t>
      </w:r>
      <w:proofErr w:type="spellEnd"/>
      <w:r>
        <w:rPr>
          <w:sz w:val="22"/>
        </w:rPr>
        <w:t xml:space="preserve"> (PPT) </w:t>
      </w:r>
      <w:proofErr w:type="spellStart"/>
      <w:r>
        <w:rPr>
          <w:sz w:val="22"/>
        </w:rPr>
        <w:t>शैली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में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तैयार</w:t>
      </w:r>
      <w:proofErr w:type="spellEnd"/>
      <w:r>
        <w:rPr>
          <w:sz w:val="22"/>
        </w:rPr>
        <w:t xml:space="preserve"> न </w:t>
      </w:r>
      <w:proofErr w:type="spellStart"/>
      <w:r>
        <w:rPr>
          <w:sz w:val="22"/>
        </w:rPr>
        <w:t>करें</w:t>
      </w:r>
      <w:proofErr w:type="spellEnd"/>
      <w:r>
        <w:rPr>
          <w:sz w:val="22"/>
        </w:rPr>
        <w:t xml:space="preserve">। </w:t>
      </w:r>
      <w:proofErr w:type="spellStart"/>
      <w:r>
        <w:rPr>
          <w:sz w:val="22"/>
        </w:rPr>
        <w:t>जहाँ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वास्तव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में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आवश्यक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हो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वहीं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बुलेट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या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क्रमांकन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का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सीमित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उपयोग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किया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जा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सकता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है</w:t>
      </w:r>
      <w:proofErr w:type="spellEnd"/>
      <w:r>
        <w:rPr>
          <w:sz w:val="22"/>
        </w:rPr>
        <w:t>।</w:t>
      </w:r>
    </w:p>
    <w:p w14:paraId="0270CD85" w14:textId="77777777" w:rsidR="00C56C88" w:rsidRPr="004209E9" w:rsidRDefault="00000000">
      <w:pPr>
        <w:spacing w:after="80"/>
        <w:ind w:left="360" w:hanging="360"/>
        <w:jc w:val="both"/>
        <w:rPr>
          <w:bCs/>
        </w:rPr>
      </w:pPr>
      <w:r w:rsidRPr="004209E9">
        <w:rPr>
          <w:bCs/>
          <w:sz w:val="22"/>
        </w:rPr>
        <w:t xml:space="preserve">✎  </w:t>
      </w:r>
      <w:proofErr w:type="spellStart"/>
      <w:r w:rsidRPr="004209E9">
        <w:rPr>
          <w:bCs/>
          <w:sz w:val="22"/>
        </w:rPr>
        <w:t>भूमिका</w:t>
      </w:r>
      <w:proofErr w:type="spellEnd"/>
      <w:r w:rsidRPr="004209E9">
        <w:rPr>
          <w:bCs/>
          <w:sz w:val="22"/>
        </w:rPr>
        <w:t xml:space="preserve">, </w:t>
      </w:r>
      <w:proofErr w:type="spellStart"/>
      <w:r w:rsidRPr="004209E9">
        <w:rPr>
          <w:bCs/>
          <w:sz w:val="22"/>
        </w:rPr>
        <w:t>साहित्य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समीक्षा</w:t>
      </w:r>
      <w:proofErr w:type="spellEnd"/>
      <w:r w:rsidRPr="004209E9">
        <w:rPr>
          <w:bCs/>
          <w:sz w:val="22"/>
        </w:rPr>
        <w:t>/</w:t>
      </w:r>
      <w:proofErr w:type="spellStart"/>
      <w:r w:rsidRPr="004209E9">
        <w:rPr>
          <w:bCs/>
          <w:sz w:val="22"/>
        </w:rPr>
        <w:t>पृष्ठभूमि</w:t>
      </w:r>
      <w:proofErr w:type="spellEnd"/>
      <w:r w:rsidRPr="004209E9">
        <w:rPr>
          <w:bCs/>
          <w:sz w:val="22"/>
        </w:rPr>
        <w:t xml:space="preserve">, </w:t>
      </w:r>
      <w:proofErr w:type="spellStart"/>
      <w:r w:rsidRPr="004209E9">
        <w:rPr>
          <w:bCs/>
          <w:sz w:val="22"/>
        </w:rPr>
        <w:t>अध्ययन-विधि</w:t>
      </w:r>
      <w:proofErr w:type="spellEnd"/>
      <w:r w:rsidRPr="004209E9">
        <w:rPr>
          <w:bCs/>
          <w:sz w:val="22"/>
        </w:rPr>
        <w:t>/</w:t>
      </w:r>
      <w:proofErr w:type="spellStart"/>
      <w:r w:rsidRPr="004209E9">
        <w:rPr>
          <w:bCs/>
          <w:sz w:val="22"/>
        </w:rPr>
        <w:t>विश्लेषण</w:t>
      </w:r>
      <w:proofErr w:type="spellEnd"/>
      <w:r w:rsidRPr="004209E9">
        <w:rPr>
          <w:bCs/>
          <w:sz w:val="22"/>
        </w:rPr>
        <w:t xml:space="preserve">, </w:t>
      </w:r>
      <w:proofErr w:type="spellStart"/>
      <w:r w:rsidRPr="004209E9">
        <w:rPr>
          <w:bCs/>
          <w:sz w:val="22"/>
        </w:rPr>
        <w:t>विवेचना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और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निष्कर्ष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को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पूर्ण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एवं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परस्पर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जुड़े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अनुच्छेदों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में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लिखें</w:t>
      </w:r>
      <w:proofErr w:type="spellEnd"/>
      <w:r w:rsidRPr="004209E9">
        <w:rPr>
          <w:bCs/>
          <w:sz w:val="22"/>
        </w:rPr>
        <w:t>।</w:t>
      </w:r>
    </w:p>
    <w:p w14:paraId="3C8910C1" w14:textId="77777777" w:rsidR="00C56C88" w:rsidRPr="004209E9" w:rsidRDefault="00000000">
      <w:pPr>
        <w:spacing w:after="80"/>
        <w:ind w:left="360" w:hanging="360"/>
        <w:jc w:val="both"/>
        <w:rPr>
          <w:bCs/>
        </w:rPr>
      </w:pPr>
      <w:r w:rsidRPr="004209E9">
        <w:rPr>
          <w:bCs/>
          <w:sz w:val="22"/>
        </w:rPr>
        <w:t xml:space="preserve">◆  </w:t>
      </w:r>
      <w:proofErr w:type="spellStart"/>
      <w:r w:rsidRPr="004209E9">
        <w:rPr>
          <w:bCs/>
          <w:sz w:val="22"/>
        </w:rPr>
        <w:t>पूरे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शोध-पत्र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को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बुलेट-पॉइंट</w:t>
      </w:r>
      <w:proofErr w:type="spellEnd"/>
      <w:r w:rsidRPr="004209E9">
        <w:rPr>
          <w:bCs/>
          <w:sz w:val="22"/>
        </w:rPr>
        <w:t xml:space="preserve">, </w:t>
      </w:r>
      <w:proofErr w:type="spellStart"/>
      <w:r w:rsidRPr="004209E9">
        <w:rPr>
          <w:bCs/>
          <w:sz w:val="22"/>
        </w:rPr>
        <w:t>छोटे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नोट्स</w:t>
      </w:r>
      <w:proofErr w:type="spellEnd"/>
      <w:r w:rsidRPr="004209E9">
        <w:rPr>
          <w:bCs/>
          <w:sz w:val="22"/>
        </w:rPr>
        <w:t>, PPT-</w:t>
      </w:r>
      <w:proofErr w:type="spellStart"/>
      <w:r w:rsidRPr="004209E9">
        <w:rPr>
          <w:bCs/>
          <w:sz w:val="22"/>
        </w:rPr>
        <w:t>शैली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के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बिंदुओं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या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एक-पंक्ति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उत्तरों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के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रूप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में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प्रस्तुत</w:t>
      </w:r>
      <w:proofErr w:type="spellEnd"/>
      <w:r w:rsidRPr="004209E9">
        <w:rPr>
          <w:bCs/>
          <w:sz w:val="22"/>
        </w:rPr>
        <w:t xml:space="preserve"> न </w:t>
      </w:r>
      <w:proofErr w:type="spellStart"/>
      <w:r w:rsidRPr="004209E9">
        <w:rPr>
          <w:bCs/>
          <w:sz w:val="22"/>
        </w:rPr>
        <w:t>करें</w:t>
      </w:r>
      <w:proofErr w:type="spellEnd"/>
      <w:r w:rsidRPr="004209E9">
        <w:rPr>
          <w:bCs/>
          <w:sz w:val="22"/>
        </w:rPr>
        <w:t>।</w:t>
      </w:r>
    </w:p>
    <w:p w14:paraId="715480BF" w14:textId="77777777" w:rsidR="00C56C88" w:rsidRPr="004209E9" w:rsidRDefault="00000000">
      <w:pPr>
        <w:spacing w:after="80"/>
        <w:ind w:left="360" w:hanging="360"/>
        <w:jc w:val="both"/>
        <w:rPr>
          <w:bCs/>
        </w:rPr>
      </w:pPr>
      <w:r w:rsidRPr="004209E9">
        <w:rPr>
          <w:bCs/>
          <w:sz w:val="22"/>
        </w:rPr>
        <w:t xml:space="preserve">➤  </w:t>
      </w:r>
      <w:proofErr w:type="spellStart"/>
      <w:r w:rsidRPr="004209E9">
        <w:rPr>
          <w:bCs/>
          <w:sz w:val="22"/>
        </w:rPr>
        <w:t>बुलेट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या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क्रमांकन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का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उपयोग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केवल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उद्देश्यों</w:t>
      </w:r>
      <w:proofErr w:type="spellEnd"/>
      <w:r w:rsidRPr="004209E9">
        <w:rPr>
          <w:bCs/>
          <w:sz w:val="22"/>
        </w:rPr>
        <w:t xml:space="preserve">, </w:t>
      </w:r>
      <w:proofErr w:type="spellStart"/>
      <w:r w:rsidRPr="004209E9">
        <w:rPr>
          <w:bCs/>
          <w:sz w:val="22"/>
        </w:rPr>
        <w:t>संक्षिप्त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सूचियों</w:t>
      </w:r>
      <w:proofErr w:type="spellEnd"/>
      <w:r w:rsidRPr="004209E9">
        <w:rPr>
          <w:bCs/>
          <w:sz w:val="22"/>
        </w:rPr>
        <w:t xml:space="preserve">, </w:t>
      </w:r>
      <w:proofErr w:type="spellStart"/>
      <w:r w:rsidRPr="004209E9">
        <w:rPr>
          <w:bCs/>
          <w:sz w:val="22"/>
        </w:rPr>
        <w:t>प्रश्नावली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बिंदुओं</w:t>
      </w:r>
      <w:proofErr w:type="spellEnd"/>
      <w:r w:rsidRPr="004209E9">
        <w:rPr>
          <w:bCs/>
          <w:sz w:val="22"/>
        </w:rPr>
        <w:t xml:space="preserve">, </w:t>
      </w:r>
      <w:proofErr w:type="spellStart"/>
      <w:r w:rsidRPr="004209E9">
        <w:rPr>
          <w:bCs/>
          <w:sz w:val="22"/>
        </w:rPr>
        <w:t>तालिका-टिप्पणियों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अथवा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आवश्यक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उप-बिंदुओं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के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लिए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करें</w:t>
      </w:r>
      <w:proofErr w:type="spellEnd"/>
      <w:r w:rsidRPr="004209E9">
        <w:rPr>
          <w:bCs/>
          <w:sz w:val="22"/>
        </w:rPr>
        <w:t>।</w:t>
      </w:r>
    </w:p>
    <w:p w14:paraId="51DC1EEA" w14:textId="77777777" w:rsidR="00C56C88" w:rsidRPr="004209E9" w:rsidRDefault="00000000">
      <w:pPr>
        <w:spacing w:after="80"/>
        <w:ind w:left="360" w:hanging="360"/>
        <w:jc w:val="both"/>
        <w:rPr>
          <w:bCs/>
        </w:rPr>
      </w:pPr>
      <w:r w:rsidRPr="004209E9">
        <w:rPr>
          <w:bCs/>
          <w:sz w:val="22"/>
        </w:rPr>
        <w:t xml:space="preserve">⚠  </w:t>
      </w:r>
      <w:proofErr w:type="spellStart"/>
      <w:r w:rsidRPr="004209E9">
        <w:rPr>
          <w:bCs/>
          <w:sz w:val="22"/>
        </w:rPr>
        <w:t>लंबी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बुलेट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सूचियों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को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उपयुक्त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व्याख्या</w:t>
      </w:r>
      <w:proofErr w:type="spellEnd"/>
      <w:r w:rsidRPr="004209E9">
        <w:rPr>
          <w:bCs/>
          <w:sz w:val="22"/>
        </w:rPr>
        <w:t xml:space="preserve">, </w:t>
      </w:r>
      <w:proofErr w:type="spellStart"/>
      <w:r w:rsidRPr="004209E9">
        <w:rPr>
          <w:bCs/>
          <w:sz w:val="22"/>
        </w:rPr>
        <w:t>प्रमाण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और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तार्किक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निरंतरता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वाले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स्पष्ट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अनुच्छेदों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में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परिवर्तित</w:t>
      </w:r>
      <w:proofErr w:type="spellEnd"/>
      <w:r w:rsidRPr="004209E9">
        <w:rPr>
          <w:bCs/>
          <w:sz w:val="22"/>
        </w:rPr>
        <w:t xml:space="preserve"> </w:t>
      </w:r>
      <w:proofErr w:type="spellStart"/>
      <w:r w:rsidRPr="004209E9">
        <w:rPr>
          <w:bCs/>
          <w:sz w:val="22"/>
        </w:rPr>
        <w:t>करें</w:t>
      </w:r>
      <w:proofErr w:type="spellEnd"/>
      <w:r w:rsidRPr="004209E9">
        <w:rPr>
          <w:bCs/>
          <w:sz w:val="22"/>
        </w:rPr>
        <w:t>।</w:t>
      </w:r>
    </w:p>
    <w:p w14:paraId="049AD6D8" w14:textId="77777777" w:rsidR="00C56C88" w:rsidRDefault="00C56C88">
      <w:pPr>
        <w:spacing w:after="0"/>
      </w:pPr>
    </w:p>
    <w:p w14:paraId="4330DC28" w14:textId="77777777" w:rsidR="00C56C88" w:rsidRDefault="00000000">
      <w:pPr>
        <w:spacing w:before="120"/>
      </w:pPr>
      <w:proofErr w:type="spellStart"/>
      <w:r>
        <w:rPr>
          <w:b/>
        </w:rPr>
        <w:t>पाण्डुलिपि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प्रारूप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जाँच-सूची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केवल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संदर्भ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हेतु</w:t>
      </w:r>
      <w:proofErr w:type="spellEnd"/>
      <w:r>
        <w:rPr>
          <w:b/>
        </w:rPr>
        <w:t>)</w:t>
      </w:r>
    </w:p>
    <w:p w14:paraId="447AD381" w14:textId="77777777" w:rsidR="00C56C88" w:rsidRDefault="00000000">
      <w:pPr>
        <w:jc w:val="both"/>
      </w:pPr>
      <w:proofErr w:type="spellStart"/>
      <w:r>
        <w:rPr>
          <w:sz w:val="22"/>
        </w:rPr>
        <w:t>जमा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करने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से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पहले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लेखक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निम्न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प्रारूप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बिंदुओं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की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जाँच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करें</w:t>
      </w:r>
      <w:proofErr w:type="spellEnd"/>
      <w:r>
        <w:rPr>
          <w:sz w:val="22"/>
        </w:rPr>
        <w:t xml:space="preserve">। </w:t>
      </w:r>
      <w:proofErr w:type="spellStart"/>
      <w:r>
        <w:rPr>
          <w:sz w:val="22"/>
        </w:rPr>
        <w:t>यह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सूची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केवल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समझ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और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संदर्भ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के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लिए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दी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गई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है</w:t>
      </w:r>
      <w:proofErr w:type="spellEnd"/>
      <w:r>
        <w:rPr>
          <w:sz w:val="22"/>
        </w:rPr>
        <w:t xml:space="preserve">; </w:t>
      </w:r>
      <w:proofErr w:type="spellStart"/>
      <w:r>
        <w:rPr>
          <w:sz w:val="22"/>
        </w:rPr>
        <w:t>इसमें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किसी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प्रकार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का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चेकबॉक्स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या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टिक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विकल्प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नहीं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है</w:t>
      </w:r>
      <w:proofErr w:type="spellEnd"/>
      <w:r>
        <w:rPr>
          <w:sz w:val="22"/>
        </w:rPr>
        <w:t>।</w:t>
      </w:r>
    </w:p>
    <w:tbl>
      <w:tblPr>
        <w:tblStyle w:val="TableGrid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2520"/>
        <w:gridCol w:w="6192"/>
      </w:tblGrid>
      <w:tr w:rsidR="00C56C88" w14:paraId="4BDAC9CB" w14:textId="77777777">
        <w:trPr>
          <w:cantSplit/>
          <w:tblHeader/>
          <w:jc w:val="center"/>
        </w:trPr>
        <w:tc>
          <w:tcPr>
            <w:tcW w:w="648" w:type="dxa"/>
            <w:shd w:val="clear" w:color="auto" w:fill="D9EA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10E810" w14:textId="77777777" w:rsidR="00CC2739" w:rsidRDefault="00000000">
            <w:pPr>
              <w:jc w:val="center"/>
            </w:pPr>
            <w:proofErr w:type="spellStart"/>
            <w:r>
              <w:rPr>
                <w:b/>
                <w:sz w:val="19"/>
              </w:rPr>
              <w:t>क्र</w:t>
            </w:r>
            <w:proofErr w:type="spellEnd"/>
            <w:r>
              <w:rPr>
                <w:b/>
                <w:sz w:val="19"/>
              </w:rPr>
              <w:t>.</w:t>
            </w:r>
          </w:p>
        </w:tc>
        <w:tc>
          <w:tcPr>
            <w:tcW w:w="2520" w:type="dxa"/>
            <w:shd w:val="clear" w:color="auto" w:fill="D9EA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EA36C61" w14:textId="77777777" w:rsidR="00CC2739" w:rsidRDefault="00000000">
            <w:pPr>
              <w:jc w:val="center"/>
            </w:pPr>
            <w:proofErr w:type="spellStart"/>
            <w:r>
              <w:rPr>
                <w:b/>
                <w:sz w:val="19"/>
              </w:rPr>
              <w:t>जाँच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बिंदु</w:t>
            </w:r>
            <w:proofErr w:type="spellEnd"/>
          </w:p>
        </w:tc>
        <w:tc>
          <w:tcPr>
            <w:tcW w:w="6192" w:type="dxa"/>
            <w:shd w:val="clear" w:color="auto" w:fill="D9EA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819269" w14:textId="77777777" w:rsidR="00CC2739" w:rsidRDefault="00000000">
            <w:pPr>
              <w:jc w:val="center"/>
            </w:pPr>
            <w:proofErr w:type="spellStart"/>
            <w:r>
              <w:rPr>
                <w:b/>
                <w:sz w:val="19"/>
              </w:rPr>
              <w:t>आवश्यकता</w:t>
            </w:r>
            <w:proofErr w:type="spellEnd"/>
            <w:r>
              <w:rPr>
                <w:b/>
                <w:sz w:val="19"/>
              </w:rPr>
              <w:t xml:space="preserve"> / </w:t>
            </w:r>
            <w:proofErr w:type="spellStart"/>
            <w:r>
              <w:rPr>
                <w:b/>
                <w:sz w:val="19"/>
              </w:rPr>
              <w:t>दिशा-निर्देश</w:t>
            </w:r>
            <w:proofErr w:type="spellEnd"/>
          </w:p>
        </w:tc>
      </w:tr>
      <w:tr w:rsidR="00C56C88" w14:paraId="17910F9D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7C5022" w14:textId="77777777" w:rsidR="00CC2739" w:rsidRDefault="00000000">
            <w:pPr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25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1AE497" w14:textId="77777777" w:rsidR="00CC2739" w:rsidRDefault="00000000">
            <w:proofErr w:type="spellStart"/>
            <w:r>
              <w:rPr>
                <w:sz w:val="19"/>
              </w:rPr>
              <w:t>पृष्ठ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आकार</w:t>
            </w:r>
            <w:proofErr w:type="spellEnd"/>
          </w:p>
        </w:tc>
        <w:tc>
          <w:tcPr>
            <w:tcW w:w="619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C0768E" w14:textId="77777777" w:rsidR="00CC2739" w:rsidRDefault="00000000">
            <w:proofErr w:type="spellStart"/>
            <w:r>
              <w:rPr>
                <w:sz w:val="19"/>
              </w:rPr>
              <w:t>पूरी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पाण्डुलिपि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में</w:t>
            </w:r>
            <w:proofErr w:type="spellEnd"/>
            <w:r>
              <w:rPr>
                <w:sz w:val="19"/>
              </w:rPr>
              <w:t xml:space="preserve"> A4 </w:t>
            </w:r>
            <w:proofErr w:type="spellStart"/>
            <w:r>
              <w:rPr>
                <w:sz w:val="19"/>
              </w:rPr>
              <w:t>पृष्ठ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आकार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उपयोग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करें</w:t>
            </w:r>
            <w:proofErr w:type="spellEnd"/>
            <w:r>
              <w:rPr>
                <w:sz w:val="19"/>
              </w:rPr>
              <w:t>।</w:t>
            </w:r>
          </w:p>
        </w:tc>
      </w:tr>
      <w:tr w:rsidR="00C56C88" w14:paraId="284F6964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10AE56" w14:textId="77777777" w:rsidR="00CC2739" w:rsidRDefault="00000000">
            <w:pPr>
              <w:jc w:val="center"/>
            </w:pPr>
            <w:r>
              <w:rPr>
                <w:sz w:val="19"/>
              </w:rPr>
              <w:lastRenderedPageBreak/>
              <w:t>2</w:t>
            </w:r>
          </w:p>
        </w:tc>
        <w:tc>
          <w:tcPr>
            <w:tcW w:w="25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FCEAD7" w14:textId="77777777" w:rsidR="00CC2739" w:rsidRDefault="00000000">
            <w:proofErr w:type="spellStart"/>
            <w:r>
              <w:rPr>
                <w:sz w:val="19"/>
              </w:rPr>
              <w:t>मार्जिन</w:t>
            </w:r>
            <w:proofErr w:type="spellEnd"/>
          </w:p>
        </w:tc>
        <w:tc>
          <w:tcPr>
            <w:tcW w:w="619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CA0C86" w14:textId="77777777" w:rsidR="00CC2739" w:rsidRDefault="00000000">
            <w:proofErr w:type="spellStart"/>
            <w:r>
              <w:rPr>
                <w:sz w:val="19"/>
              </w:rPr>
              <w:t>ऊपर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नीचे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बाएँ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और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दाएँ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सभी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ओर</w:t>
            </w:r>
            <w:proofErr w:type="spellEnd"/>
            <w:r>
              <w:rPr>
                <w:sz w:val="19"/>
              </w:rPr>
              <w:t xml:space="preserve"> 1 </w:t>
            </w:r>
            <w:proofErr w:type="spellStart"/>
            <w:r>
              <w:rPr>
                <w:sz w:val="19"/>
              </w:rPr>
              <w:t>इंच</w:t>
            </w:r>
            <w:proofErr w:type="spellEnd"/>
            <w:r>
              <w:rPr>
                <w:sz w:val="19"/>
              </w:rPr>
              <w:t xml:space="preserve"> (2.54 </w:t>
            </w:r>
            <w:proofErr w:type="spellStart"/>
            <w:r>
              <w:rPr>
                <w:sz w:val="19"/>
              </w:rPr>
              <w:t>सेमी</w:t>
            </w:r>
            <w:proofErr w:type="spellEnd"/>
            <w:r>
              <w:rPr>
                <w:sz w:val="19"/>
              </w:rPr>
              <w:t xml:space="preserve">) </w:t>
            </w:r>
            <w:proofErr w:type="spellStart"/>
            <w:r>
              <w:rPr>
                <w:sz w:val="19"/>
              </w:rPr>
              <w:t>मार्जिन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रखें</w:t>
            </w:r>
            <w:proofErr w:type="spellEnd"/>
            <w:r>
              <w:rPr>
                <w:sz w:val="19"/>
              </w:rPr>
              <w:t>।</w:t>
            </w:r>
          </w:p>
        </w:tc>
      </w:tr>
      <w:tr w:rsidR="00C56C88" w14:paraId="29529483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8AECC9" w14:textId="77777777" w:rsidR="00CC2739" w:rsidRDefault="00000000">
            <w:pPr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25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AA8B20" w14:textId="77777777" w:rsidR="00CC2739" w:rsidRDefault="00000000">
            <w:proofErr w:type="spellStart"/>
            <w:r>
              <w:rPr>
                <w:sz w:val="19"/>
              </w:rPr>
              <w:t>लेआउट</w:t>
            </w:r>
            <w:proofErr w:type="spellEnd"/>
          </w:p>
        </w:tc>
        <w:tc>
          <w:tcPr>
            <w:tcW w:w="619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A815A0" w14:textId="77777777" w:rsidR="00CC2739" w:rsidRDefault="00000000">
            <w:r>
              <w:rPr>
                <w:sz w:val="19"/>
              </w:rPr>
              <w:t xml:space="preserve">Portrait orientation, single-column layout </w:t>
            </w:r>
            <w:proofErr w:type="spellStart"/>
            <w:r>
              <w:rPr>
                <w:sz w:val="19"/>
              </w:rPr>
              <w:t>और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स्वच्छ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अकादमिक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पृष्ठ-विन्यास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रखें</w:t>
            </w:r>
            <w:proofErr w:type="spellEnd"/>
            <w:r>
              <w:rPr>
                <w:sz w:val="19"/>
              </w:rPr>
              <w:t>।</w:t>
            </w:r>
          </w:p>
        </w:tc>
      </w:tr>
      <w:tr w:rsidR="00C56C88" w14:paraId="32975BB3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1822F4" w14:textId="77777777" w:rsidR="00CC2739" w:rsidRDefault="00000000">
            <w:pPr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25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01E1C8" w14:textId="77777777" w:rsidR="00CC2739" w:rsidRDefault="00000000">
            <w:proofErr w:type="spellStart"/>
            <w:r>
              <w:rPr>
                <w:sz w:val="19"/>
              </w:rPr>
              <w:t>हिन्दी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फ़ॉन्ट</w:t>
            </w:r>
            <w:proofErr w:type="spellEnd"/>
          </w:p>
        </w:tc>
        <w:tc>
          <w:tcPr>
            <w:tcW w:w="619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3F61C9" w14:textId="77777777" w:rsidR="00CC2739" w:rsidRDefault="00000000">
            <w:r>
              <w:rPr>
                <w:sz w:val="19"/>
              </w:rPr>
              <w:t xml:space="preserve">Unicode </w:t>
            </w:r>
            <w:proofErr w:type="spellStart"/>
            <w:r>
              <w:rPr>
                <w:sz w:val="19"/>
              </w:rPr>
              <w:t>हिन्दी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फ़ॉन्ट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जैसे</w:t>
            </w:r>
            <w:proofErr w:type="spellEnd"/>
            <w:r>
              <w:rPr>
                <w:sz w:val="19"/>
              </w:rPr>
              <w:t xml:space="preserve"> Mangal/Nirmala UI) </w:t>
            </w:r>
            <w:proofErr w:type="spellStart"/>
            <w:r>
              <w:rPr>
                <w:sz w:val="19"/>
              </w:rPr>
              <w:t>अथवा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चयनित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जर्नल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द्वारा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निर्धारित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फ़ॉन्ट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उपयोग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करें</w:t>
            </w:r>
            <w:proofErr w:type="spellEnd"/>
            <w:r>
              <w:rPr>
                <w:sz w:val="19"/>
              </w:rPr>
              <w:t>।</w:t>
            </w:r>
          </w:p>
        </w:tc>
      </w:tr>
      <w:tr w:rsidR="00C56C88" w14:paraId="21416465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A5A948" w14:textId="77777777" w:rsidR="00CC2739" w:rsidRDefault="00000000">
            <w:pPr>
              <w:jc w:val="center"/>
            </w:pPr>
            <w:r>
              <w:rPr>
                <w:sz w:val="19"/>
              </w:rPr>
              <w:t>5</w:t>
            </w:r>
          </w:p>
        </w:tc>
        <w:tc>
          <w:tcPr>
            <w:tcW w:w="25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5C2565" w14:textId="77777777" w:rsidR="00CC2739" w:rsidRDefault="00000000">
            <w:proofErr w:type="spellStart"/>
            <w:r>
              <w:rPr>
                <w:sz w:val="19"/>
              </w:rPr>
              <w:t>पंक्ति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अनुच्छेद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अंतर</w:t>
            </w:r>
            <w:proofErr w:type="spellEnd"/>
          </w:p>
        </w:tc>
        <w:tc>
          <w:tcPr>
            <w:tcW w:w="619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B135F72" w14:textId="77777777" w:rsidR="00CC2739" w:rsidRDefault="00000000">
            <w:proofErr w:type="spellStart"/>
            <w:r>
              <w:rPr>
                <w:sz w:val="19"/>
              </w:rPr>
              <w:t>पूरे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शोध-पत्र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में</w:t>
            </w:r>
            <w:proofErr w:type="spellEnd"/>
            <w:r>
              <w:rPr>
                <w:sz w:val="19"/>
              </w:rPr>
              <w:t xml:space="preserve"> spacing </w:t>
            </w:r>
            <w:proofErr w:type="spellStart"/>
            <w:r>
              <w:rPr>
                <w:sz w:val="19"/>
              </w:rPr>
              <w:t>एकरूप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रखें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और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चयनित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जर्नल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की</w:t>
            </w:r>
            <w:proofErr w:type="spellEnd"/>
            <w:r>
              <w:rPr>
                <w:sz w:val="19"/>
              </w:rPr>
              <w:t xml:space="preserve"> formatting guideline </w:t>
            </w:r>
            <w:proofErr w:type="spellStart"/>
            <w:r>
              <w:rPr>
                <w:sz w:val="19"/>
              </w:rPr>
              <w:t>का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पालन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करें</w:t>
            </w:r>
            <w:proofErr w:type="spellEnd"/>
            <w:r>
              <w:rPr>
                <w:sz w:val="19"/>
              </w:rPr>
              <w:t>।</w:t>
            </w:r>
          </w:p>
        </w:tc>
      </w:tr>
      <w:tr w:rsidR="00C56C88" w14:paraId="521F1980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B53135" w14:textId="77777777" w:rsidR="00CC2739" w:rsidRDefault="00000000">
            <w:pPr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w="25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62DB924" w14:textId="77777777" w:rsidR="00CC2739" w:rsidRDefault="00000000">
            <w:proofErr w:type="spellStart"/>
            <w:r>
              <w:rPr>
                <w:sz w:val="19"/>
              </w:rPr>
              <w:t>शीर्षक</w:t>
            </w:r>
            <w:proofErr w:type="spellEnd"/>
          </w:p>
        </w:tc>
        <w:tc>
          <w:tcPr>
            <w:tcW w:w="619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24495B" w14:textId="77777777" w:rsidR="00CC2739" w:rsidRDefault="00000000">
            <w:proofErr w:type="spellStart"/>
            <w:r>
              <w:rPr>
                <w:sz w:val="19"/>
              </w:rPr>
              <w:t>शोध-पत्र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शीर्षक</w:t>
            </w:r>
            <w:proofErr w:type="spellEnd"/>
            <w:r>
              <w:rPr>
                <w:sz w:val="19"/>
              </w:rPr>
              <w:t xml:space="preserve"> 16 pt, bold </w:t>
            </w:r>
            <w:proofErr w:type="spellStart"/>
            <w:r>
              <w:rPr>
                <w:sz w:val="19"/>
              </w:rPr>
              <w:t>और</w:t>
            </w:r>
            <w:proofErr w:type="spellEnd"/>
            <w:r>
              <w:rPr>
                <w:sz w:val="19"/>
              </w:rPr>
              <w:t xml:space="preserve"> centered </w:t>
            </w:r>
            <w:proofErr w:type="spellStart"/>
            <w:r>
              <w:rPr>
                <w:sz w:val="19"/>
              </w:rPr>
              <w:t>रखें</w:t>
            </w:r>
            <w:proofErr w:type="spellEnd"/>
            <w:r>
              <w:rPr>
                <w:sz w:val="19"/>
              </w:rPr>
              <w:t>।</w:t>
            </w:r>
          </w:p>
        </w:tc>
      </w:tr>
      <w:tr w:rsidR="00C56C88" w14:paraId="13AA071D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221DA4" w14:textId="77777777" w:rsidR="00CC2739" w:rsidRDefault="00000000">
            <w:pPr>
              <w:jc w:val="center"/>
            </w:pPr>
            <w:r>
              <w:rPr>
                <w:sz w:val="19"/>
              </w:rPr>
              <w:t>7</w:t>
            </w:r>
          </w:p>
        </w:tc>
        <w:tc>
          <w:tcPr>
            <w:tcW w:w="25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DD7E3C2" w14:textId="77777777" w:rsidR="00CC2739" w:rsidRDefault="00000000">
            <w:proofErr w:type="spellStart"/>
            <w:r>
              <w:rPr>
                <w:sz w:val="19"/>
              </w:rPr>
              <w:t>मुख्य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शीर्षक</w:t>
            </w:r>
            <w:proofErr w:type="spellEnd"/>
          </w:p>
        </w:tc>
        <w:tc>
          <w:tcPr>
            <w:tcW w:w="619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E4978BE" w14:textId="77777777" w:rsidR="00CC2739" w:rsidRDefault="00000000">
            <w:proofErr w:type="spellStart"/>
            <w:r>
              <w:rPr>
                <w:sz w:val="19"/>
              </w:rPr>
              <w:t>मुख्य</w:t>
            </w:r>
            <w:proofErr w:type="spellEnd"/>
            <w:r>
              <w:rPr>
                <w:sz w:val="19"/>
              </w:rPr>
              <w:t xml:space="preserve"> headings 12 pt, bold </w:t>
            </w:r>
            <w:proofErr w:type="spellStart"/>
            <w:r>
              <w:rPr>
                <w:sz w:val="19"/>
              </w:rPr>
              <w:t>और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एकरूप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हों</w:t>
            </w:r>
            <w:proofErr w:type="spellEnd"/>
            <w:r>
              <w:rPr>
                <w:sz w:val="19"/>
              </w:rPr>
              <w:t xml:space="preserve">; </w:t>
            </w:r>
            <w:proofErr w:type="spellStart"/>
            <w:r>
              <w:rPr>
                <w:sz w:val="19"/>
              </w:rPr>
              <w:t>जहाँ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आवश्यक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हो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वहाँ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क्रमांकन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करें</w:t>
            </w:r>
            <w:proofErr w:type="spellEnd"/>
            <w:r>
              <w:rPr>
                <w:sz w:val="19"/>
              </w:rPr>
              <w:t>।</w:t>
            </w:r>
          </w:p>
        </w:tc>
      </w:tr>
      <w:tr w:rsidR="00C56C88" w14:paraId="508EE1FA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DFA133" w14:textId="77777777" w:rsidR="00CC2739" w:rsidRDefault="00000000">
            <w:pPr>
              <w:jc w:val="center"/>
            </w:pPr>
            <w:r>
              <w:rPr>
                <w:sz w:val="19"/>
              </w:rPr>
              <w:t>8</w:t>
            </w:r>
          </w:p>
        </w:tc>
        <w:tc>
          <w:tcPr>
            <w:tcW w:w="25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380E2D" w14:textId="77777777" w:rsidR="00CC2739" w:rsidRDefault="00000000">
            <w:proofErr w:type="spellStart"/>
            <w:r>
              <w:rPr>
                <w:sz w:val="19"/>
              </w:rPr>
              <w:t>मुख्य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पाठ</w:t>
            </w:r>
            <w:proofErr w:type="spellEnd"/>
          </w:p>
        </w:tc>
        <w:tc>
          <w:tcPr>
            <w:tcW w:w="619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3849682" w14:textId="77777777" w:rsidR="00CC2739" w:rsidRDefault="00000000">
            <w:proofErr w:type="spellStart"/>
            <w:r>
              <w:rPr>
                <w:sz w:val="19"/>
              </w:rPr>
              <w:t>मुख्य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पाठ</w:t>
            </w:r>
            <w:proofErr w:type="spellEnd"/>
            <w:r>
              <w:rPr>
                <w:sz w:val="19"/>
              </w:rPr>
              <w:t xml:space="preserve"> 12 pt, justified, </w:t>
            </w:r>
            <w:proofErr w:type="spellStart"/>
            <w:r>
              <w:rPr>
                <w:sz w:val="19"/>
              </w:rPr>
              <w:t>स्पष्ट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और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समान</w:t>
            </w:r>
            <w:proofErr w:type="spellEnd"/>
            <w:r>
              <w:rPr>
                <w:sz w:val="19"/>
              </w:rPr>
              <w:t xml:space="preserve"> spacing </w:t>
            </w:r>
            <w:proofErr w:type="spellStart"/>
            <w:r>
              <w:rPr>
                <w:sz w:val="19"/>
              </w:rPr>
              <w:t>के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साथ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हो</w:t>
            </w:r>
            <w:proofErr w:type="spellEnd"/>
            <w:r>
              <w:rPr>
                <w:sz w:val="19"/>
              </w:rPr>
              <w:t>।</w:t>
            </w:r>
          </w:p>
        </w:tc>
      </w:tr>
      <w:tr w:rsidR="00C56C88" w14:paraId="0581E103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800B1D" w14:textId="77777777" w:rsidR="00CC2739" w:rsidRDefault="00000000">
            <w:pPr>
              <w:jc w:val="center"/>
            </w:pPr>
            <w:r>
              <w:rPr>
                <w:sz w:val="19"/>
              </w:rPr>
              <w:t>9</w:t>
            </w:r>
          </w:p>
        </w:tc>
        <w:tc>
          <w:tcPr>
            <w:tcW w:w="25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F372277" w14:textId="77777777" w:rsidR="00CC2739" w:rsidRDefault="00000000">
            <w:proofErr w:type="spellStart"/>
            <w:r>
              <w:rPr>
                <w:sz w:val="19"/>
              </w:rPr>
              <w:t>सारांश</w:t>
            </w:r>
            <w:proofErr w:type="spellEnd"/>
          </w:p>
        </w:tc>
        <w:tc>
          <w:tcPr>
            <w:tcW w:w="619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131FB48" w14:textId="77777777" w:rsidR="00CC2739" w:rsidRDefault="00000000">
            <w:proofErr w:type="spellStart"/>
            <w:r>
              <w:rPr>
                <w:sz w:val="19"/>
              </w:rPr>
              <w:t>सारांश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में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उद्देश्य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अध्ययन-विधि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दृष्टिकोण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विषय-सीमा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और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प्रमुख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निष्कर्ष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संक्षेप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में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दें</w:t>
            </w:r>
            <w:proofErr w:type="spellEnd"/>
            <w:r>
              <w:rPr>
                <w:sz w:val="19"/>
              </w:rPr>
              <w:t>।</w:t>
            </w:r>
          </w:p>
        </w:tc>
      </w:tr>
      <w:tr w:rsidR="00C56C88" w14:paraId="7A137BF5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2A1DA1F" w14:textId="77777777" w:rsidR="00CC2739" w:rsidRDefault="00000000">
            <w:pPr>
              <w:jc w:val="center"/>
            </w:pPr>
            <w:r>
              <w:rPr>
                <w:sz w:val="19"/>
              </w:rPr>
              <w:t>10</w:t>
            </w:r>
          </w:p>
        </w:tc>
        <w:tc>
          <w:tcPr>
            <w:tcW w:w="25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39D3A4" w14:textId="77777777" w:rsidR="00CC2739" w:rsidRDefault="00000000">
            <w:proofErr w:type="spellStart"/>
            <w:r>
              <w:rPr>
                <w:sz w:val="19"/>
              </w:rPr>
              <w:t>बीज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शब्द</w:t>
            </w:r>
            <w:proofErr w:type="spellEnd"/>
          </w:p>
        </w:tc>
        <w:tc>
          <w:tcPr>
            <w:tcW w:w="619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792880" w14:textId="77777777" w:rsidR="00CC2739" w:rsidRDefault="00000000">
            <w:proofErr w:type="spellStart"/>
            <w:r>
              <w:rPr>
                <w:sz w:val="19"/>
              </w:rPr>
              <w:t>विषय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से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संबंधित</w:t>
            </w:r>
            <w:proofErr w:type="spellEnd"/>
            <w:r>
              <w:rPr>
                <w:sz w:val="19"/>
              </w:rPr>
              <w:t xml:space="preserve"> 5 </w:t>
            </w:r>
            <w:proofErr w:type="spellStart"/>
            <w:r>
              <w:rPr>
                <w:sz w:val="19"/>
              </w:rPr>
              <w:t>से</w:t>
            </w:r>
            <w:proofErr w:type="spellEnd"/>
            <w:r>
              <w:rPr>
                <w:sz w:val="19"/>
              </w:rPr>
              <w:t xml:space="preserve"> 15 </w:t>
            </w:r>
            <w:proofErr w:type="spellStart"/>
            <w:r>
              <w:rPr>
                <w:sz w:val="19"/>
              </w:rPr>
              <w:t>उपयुक्त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बीज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शब्द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दें</w:t>
            </w:r>
            <w:proofErr w:type="spellEnd"/>
            <w:r>
              <w:rPr>
                <w:sz w:val="19"/>
              </w:rPr>
              <w:t xml:space="preserve">; </w:t>
            </w:r>
            <w:proofErr w:type="spellStart"/>
            <w:r>
              <w:rPr>
                <w:sz w:val="19"/>
              </w:rPr>
              <w:t>उन्हें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अल्पविराम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या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अर्धविराम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से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अलग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किया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जा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सकता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है</w:t>
            </w:r>
            <w:proofErr w:type="spellEnd"/>
            <w:r>
              <w:rPr>
                <w:sz w:val="19"/>
              </w:rPr>
              <w:t>।</w:t>
            </w:r>
          </w:p>
        </w:tc>
      </w:tr>
      <w:tr w:rsidR="00C56C88" w14:paraId="59682623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874E74" w14:textId="77777777" w:rsidR="00CC2739" w:rsidRDefault="00000000">
            <w:pPr>
              <w:jc w:val="center"/>
            </w:pPr>
            <w:r>
              <w:rPr>
                <w:sz w:val="19"/>
              </w:rPr>
              <w:t>11</w:t>
            </w:r>
          </w:p>
        </w:tc>
        <w:tc>
          <w:tcPr>
            <w:tcW w:w="25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D99A12" w14:textId="77777777" w:rsidR="00CC2739" w:rsidRDefault="00000000">
            <w:proofErr w:type="spellStart"/>
            <w:r>
              <w:rPr>
                <w:sz w:val="19"/>
              </w:rPr>
              <w:t>तालिका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चित्र</w:t>
            </w:r>
            <w:proofErr w:type="spellEnd"/>
          </w:p>
        </w:tc>
        <w:tc>
          <w:tcPr>
            <w:tcW w:w="619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BF88DE4" w14:textId="77777777" w:rsidR="00CC2739" w:rsidRDefault="00000000">
            <w:proofErr w:type="spellStart"/>
            <w:r>
              <w:rPr>
                <w:sz w:val="19"/>
              </w:rPr>
              <w:t>तालिकाएँ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और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चित्र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क्रमांकित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शीर्षकयुक्त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पठनीय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हों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और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मुख्य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पाठ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में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उनका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उल्लेख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किया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गया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हो</w:t>
            </w:r>
            <w:proofErr w:type="spellEnd"/>
            <w:r>
              <w:rPr>
                <w:sz w:val="19"/>
              </w:rPr>
              <w:t>।</w:t>
            </w:r>
          </w:p>
        </w:tc>
      </w:tr>
      <w:tr w:rsidR="00C56C88" w14:paraId="00D64A71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B8C0368" w14:textId="77777777" w:rsidR="00CC2739" w:rsidRDefault="00000000">
            <w:pPr>
              <w:jc w:val="center"/>
            </w:pPr>
            <w:r>
              <w:rPr>
                <w:sz w:val="19"/>
              </w:rPr>
              <w:t>12</w:t>
            </w:r>
          </w:p>
        </w:tc>
        <w:tc>
          <w:tcPr>
            <w:tcW w:w="25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56B5578" w14:textId="77777777" w:rsidR="00CC2739" w:rsidRDefault="00000000">
            <w:proofErr w:type="spellStart"/>
            <w:r>
              <w:rPr>
                <w:sz w:val="19"/>
              </w:rPr>
              <w:t>संदर्भ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सूची</w:t>
            </w:r>
            <w:proofErr w:type="spellEnd"/>
          </w:p>
        </w:tc>
        <w:tc>
          <w:tcPr>
            <w:tcW w:w="619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1BAA845" w14:textId="77777777" w:rsidR="00CC2739" w:rsidRDefault="00000000">
            <w:proofErr w:type="spellStart"/>
            <w:r>
              <w:rPr>
                <w:sz w:val="19"/>
              </w:rPr>
              <w:t>सभी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संदर्भ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पूर्ण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सत्यापन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योग्य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एकरूप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हों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और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जर्नल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द्वारा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निर्धारित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शैली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पालन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करें</w:t>
            </w:r>
            <w:proofErr w:type="spellEnd"/>
            <w:r>
              <w:rPr>
                <w:sz w:val="19"/>
              </w:rPr>
              <w:t>।</w:t>
            </w:r>
          </w:p>
        </w:tc>
      </w:tr>
      <w:tr w:rsidR="00CC2739" w14:paraId="61DAC4BC" w14:textId="77777777">
        <w:trPr>
          <w:cantSplit/>
          <w:jc w:val="center"/>
        </w:trPr>
        <w:tc>
          <w:tcPr>
            <w:tcW w:w="648" w:type="dxa"/>
          </w:tcPr>
          <w:p w14:paraId="37F28FB1" w14:textId="77777777" w:rsidR="00CC2739" w:rsidRDefault="00000000">
            <w:pPr>
              <w:jc w:val="center"/>
            </w:pPr>
            <w:r>
              <w:rPr>
                <w:sz w:val="19"/>
              </w:rPr>
              <w:t>13</w:t>
            </w:r>
          </w:p>
        </w:tc>
        <w:tc>
          <w:tcPr>
            <w:tcW w:w="2520" w:type="dxa"/>
          </w:tcPr>
          <w:p w14:paraId="6F7F4D72" w14:textId="77777777" w:rsidR="00CC2739" w:rsidRDefault="00000000">
            <w:proofErr w:type="spellStart"/>
            <w:r>
              <w:rPr>
                <w:sz w:val="19"/>
              </w:rPr>
              <w:t>फ़ाइल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प्रारूप</w:t>
            </w:r>
            <w:proofErr w:type="spellEnd"/>
          </w:p>
        </w:tc>
        <w:tc>
          <w:tcPr>
            <w:tcW w:w="6192" w:type="dxa"/>
          </w:tcPr>
          <w:p w14:paraId="01CAF30C" w14:textId="77777777" w:rsidR="00CC2739" w:rsidRDefault="00000000">
            <w:proofErr w:type="spellStart"/>
            <w:r>
              <w:rPr>
                <w:sz w:val="19"/>
              </w:rPr>
              <w:t>पाण्डुलिपि</w:t>
            </w:r>
            <w:proofErr w:type="spellEnd"/>
            <w:r>
              <w:rPr>
                <w:sz w:val="19"/>
              </w:rPr>
              <w:t xml:space="preserve"> DOC </w:t>
            </w:r>
            <w:proofErr w:type="spellStart"/>
            <w:r>
              <w:rPr>
                <w:sz w:val="19"/>
              </w:rPr>
              <w:t>या</w:t>
            </w:r>
            <w:proofErr w:type="spellEnd"/>
            <w:r>
              <w:rPr>
                <w:sz w:val="19"/>
              </w:rPr>
              <w:t xml:space="preserve"> DOCX </w:t>
            </w:r>
            <w:proofErr w:type="spellStart"/>
            <w:r>
              <w:rPr>
                <w:sz w:val="19"/>
              </w:rPr>
              <w:t>में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जमा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करें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जब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तक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चयनित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जर्नल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अन्य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प्रारूप</w:t>
            </w:r>
            <w:proofErr w:type="spellEnd"/>
            <w:r>
              <w:rPr>
                <w:sz w:val="19"/>
              </w:rPr>
              <w:t xml:space="preserve"> न </w:t>
            </w:r>
            <w:proofErr w:type="spellStart"/>
            <w:r>
              <w:rPr>
                <w:sz w:val="19"/>
              </w:rPr>
              <w:t>माँगे</w:t>
            </w:r>
            <w:proofErr w:type="spellEnd"/>
            <w:r>
              <w:rPr>
                <w:sz w:val="19"/>
              </w:rPr>
              <w:t>।</w:t>
            </w:r>
          </w:p>
        </w:tc>
      </w:tr>
    </w:tbl>
    <w:p w14:paraId="20BA550A" w14:textId="77777777" w:rsidR="00CD30CD" w:rsidRDefault="00CD30CD"/>
    <w:sectPr w:rsidR="00CD30CD" w:rsidSect="0003461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6B409A"/>
    <w:multiLevelType w:val="hybridMultilevel"/>
    <w:tmpl w:val="5F2A33C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55E70"/>
    <w:multiLevelType w:val="hybridMultilevel"/>
    <w:tmpl w:val="6784AE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849361">
    <w:abstractNumId w:val="8"/>
  </w:num>
  <w:num w:numId="2" w16cid:durableId="271404965">
    <w:abstractNumId w:val="6"/>
  </w:num>
  <w:num w:numId="3" w16cid:durableId="848713441">
    <w:abstractNumId w:val="5"/>
  </w:num>
  <w:num w:numId="4" w16cid:durableId="585040035">
    <w:abstractNumId w:val="4"/>
  </w:num>
  <w:num w:numId="5" w16cid:durableId="603422085">
    <w:abstractNumId w:val="7"/>
  </w:num>
  <w:num w:numId="6" w16cid:durableId="1314872487">
    <w:abstractNumId w:val="3"/>
  </w:num>
  <w:num w:numId="7" w16cid:durableId="489712872">
    <w:abstractNumId w:val="2"/>
  </w:num>
  <w:num w:numId="8" w16cid:durableId="1915820772">
    <w:abstractNumId w:val="1"/>
  </w:num>
  <w:num w:numId="9" w16cid:durableId="1973361949">
    <w:abstractNumId w:val="0"/>
  </w:num>
  <w:num w:numId="10" w16cid:durableId="465663819">
    <w:abstractNumId w:val="10"/>
  </w:num>
  <w:num w:numId="11" w16cid:durableId="13790145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09E9"/>
    <w:rsid w:val="00536D02"/>
    <w:rsid w:val="007E6BE2"/>
    <w:rsid w:val="009C37B5"/>
    <w:rsid w:val="00AA1D8D"/>
    <w:rsid w:val="00AF4BE9"/>
    <w:rsid w:val="00B4500F"/>
    <w:rsid w:val="00B47730"/>
    <w:rsid w:val="00C56C88"/>
    <w:rsid w:val="00CB0664"/>
    <w:rsid w:val="00CC2739"/>
    <w:rsid w:val="00CD30CD"/>
    <w:rsid w:val="00CF5584"/>
    <w:rsid w:val="00D53A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B40DFE"/>
  <w14:defaultImageDpi w14:val="300"/>
  <w15:docId w15:val="{759CD404-C7B0-49F4-851A-BE753AEE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60"/>
    </w:pPr>
    <w:rPr>
      <w:rFonts w:ascii="Mangal" w:eastAsia="Mangal" w:hAnsi="Mangal" w:cs="Mang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हिन्दी जर्नल शोध-पत्र टेम्पलेट</dc:title>
  <dc:subject>हिन्दी माध्यम के अकादमिक शोध-पत्रों के लिए सार्वभौमिक पाण्डुलिपि टेम्पलेट</dc:subject>
  <dc:creator>Global Publications</dc:creator>
  <cp:keywords>Hindi journal, research paper template, manuscript template</cp:keywords>
  <dc:description/>
  <cp:lastModifiedBy>Raghwendra Yadav</cp:lastModifiedBy>
  <cp:revision>5</cp:revision>
  <dcterms:created xsi:type="dcterms:W3CDTF">2013-12-23T23:15:00Z</dcterms:created>
  <dcterms:modified xsi:type="dcterms:W3CDTF">2026-08-17T10:02:00Z</dcterms:modified>
  <cp:category/>
</cp:coreProperties>
</file>