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942F3" w14:textId="6015C9E7" w:rsidR="00C56C88" w:rsidRDefault="00000000">
      <w:pPr>
        <w:spacing w:line="252" w:lineRule="auto"/>
        <w:jc w:val="center"/>
      </w:pPr>
      <w:r>
        <w:rPr>
          <w:b/>
          <w:sz w:val="32"/>
        </w:rPr>
        <w:t>Title of the Paper</w:t>
      </w:r>
    </w:p>
    <w:p w14:paraId="351A2EAF" w14:textId="4E13BB85" w:rsidR="00C56C88" w:rsidRDefault="007E6BE2">
      <w:pPr>
        <w:spacing w:after="80" w:line="252" w:lineRule="auto"/>
        <w:jc w:val="center"/>
      </w:pPr>
      <w:r>
        <w:rPr>
          <w:b/>
          <w:sz w:val="22"/>
        </w:rPr>
        <w:t>First Author¹, Second Author²</w:t>
      </w:r>
    </w:p>
    <w:p w14:paraId="487DB136" w14:textId="36F06E70" w:rsidR="00C56C88" w:rsidRDefault="00000000">
      <w:pPr>
        <w:spacing w:after="80" w:line="252" w:lineRule="auto"/>
        <w:jc w:val="center"/>
      </w:pPr>
      <w:r>
        <w:rPr>
          <w:sz w:val="22"/>
        </w:rPr>
        <w:t>¹Designation, Department, Institution/University, City, State, Country</w:t>
      </w:r>
    </w:p>
    <w:p w14:paraId="190442F4" w14:textId="0F0D3A51" w:rsidR="00C56C88" w:rsidRDefault="00000000">
      <w:pPr>
        <w:spacing w:after="80" w:line="252" w:lineRule="auto"/>
        <w:jc w:val="center"/>
      </w:pPr>
      <w:r>
        <w:rPr>
          <w:sz w:val="22"/>
        </w:rPr>
        <w:t>²Designation, Department, Institution/University, City, State, Country</w:t>
      </w:r>
    </w:p>
    <w:p w14:paraId="5389586A" w14:textId="1C0DA89D" w:rsidR="00C56C88" w:rsidRDefault="00000000">
      <w:pPr>
        <w:spacing w:after="80" w:line="252" w:lineRule="auto"/>
        <w:jc w:val="center"/>
      </w:pPr>
      <w:r>
        <w:rPr>
          <w:i/>
          <w:sz w:val="22"/>
        </w:rPr>
        <w:t>Corresponding Author Email: email@example.com</w:t>
      </w:r>
    </w:p>
    <w:p w14:paraId="5711C92D" w14:textId="77777777" w:rsidR="00C56C88" w:rsidRDefault="00000000">
      <w:pPr>
        <w:spacing w:before="160" w:after="120"/>
      </w:pPr>
      <w:r>
        <w:rPr>
          <w:b/>
        </w:rPr>
        <w:t>Abstract</w:t>
      </w:r>
    </w:p>
    <w:p w14:paraId="605FA80D" w14:textId="77777777" w:rsidR="00C56C88" w:rsidRDefault="00000000" w:rsidP="007E6BE2">
      <w:pPr>
        <w:ind w:firstLine="720"/>
        <w:jc w:val="both"/>
      </w:pPr>
      <w:r>
        <w:t>This paper presents a structured academic examination of the selected research problem with the aim of developing a clear understanding of its background, scope, and wider significance. The study places the topic within its relevant social, scientific, technological, educational, or disciplinary context and explains why it requires systematic inquiry. It further identifies the major dimensions of the problem, reviews important scholarly arguments, and outlines the relationship between available evidence and the stated objectives. The discussion is organized in a logical manner so that the reader can understand the progression from introduction to analysis and conclusion. The paper also emphasizes methodological clarity, balanced interpretation, and consistency in presentation. Overall, the study seeks to contribute to existing knowledge by presenting relevant findings, highlighting meaningful patterns, and suggesting possible directions for practice, policy, or future research.</w:t>
      </w:r>
    </w:p>
    <w:p w14:paraId="689F88C2" w14:textId="4B4E59B6" w:rsidR="00DB2A0F" w:rsidRDefault="00000000">
      <w:pPr>
        <w:jc w:val="both"/>
      </w:pPr>
      <w:r>
        <w:rPr>
          <w:b/>
        </w:rPr>
        <w:t xml:space="preserve">Keywords: </w:t>
      </w:r>
      <w:r>
        <w:t>Keyword</w:t>
      </w:r>
      <w:r w:rsidR="007E6BE2">
        <w:t xml:space="preserve"> 1,</w:t>
      </w:r>
      <w:r>
        <w:t xml:space="preserve"> Keyword 2</w:t>
      </w:r>
      <w:r w:rsidR="007E6BE2">
        <w:t>,</w:t>
      </w:r>
      <w:r>
        <w:t xml:space="preserve"> Keyword 3</w:t>
      </w:r>
      <w:r w:rsidR="007E6BE2">
        <w:t>,</w:t>
      </w:r>
      <w:r>
        <w:t xml:space="preserve"> Keyword 4</w:t>
      </w:r>
      <w:r w:rsidR="007E6BE2">
        <w:t>,</w:t>
      </w:r>
      <w:r>
        <w:t xml:space="preserve"> Keyword </w:t>
      </w:r>
      <w:r w:rsidR="007E6BE2">
        <w:t>5</w:t>
      </w:r>
    </w:p>
    <w:p w14:paraId="30C68230" w14:textId="77777777" w:rsidR="00DB2A0F" w:rsidRPr="00DB2A0F" w:rsidRDefault="00DB2A0F" w:rsidP="00DB2A0F">
      <w:pPr>
        <w:spacing w:before="160" w:after="120"/>
        <w:jc w:val="center"/>
        <w:rPr>
          <w:iCs/>
          <w:color w:val="EE0000"/>
          <w:szCs w:val="24"/>
          <w:lang w:val="en-IN"/>
        </w:rPr>
      </w:pPr>
      <w:r w:rsidRPr="00DB2A0F">
        <w:rPr>
          <w:b/>
          <w:bCs/>
          <w:iCs/>
          <w:color w:val="EE0000"/>
          <w:szCs w:val="24"/>
          <w:lang w:val="en-IN"/>
        </w:rPr>
        <w:t>Important:</w:t>
      </w:r>
      <w:r w:rsidRPr="00DB2A0F">
        <w:rPr>
          <w:iCs/>
          <w:color w:val="EE0000"/>
          <w:szCs w:val="24"/>
          <w:lang w:val="en-IN"/>
        </w:rPr>
        <w:t xml:space="preserve"> The research paper structure provided below is intended only as a guide and example. The same structure is not mandatory for all subjects or types of research papers. Authors may add, remove, modify, or rearrange section headings according to the subject, nature of the study, and disciplinary requirements. Replace all sample text with the actual manuscript content and follow the mandatory formatting and submission guidelines of the selected journal.</w:t>
      </w:r>
    </w:p>
    <w:p w14:paraId="17A23AF1" w14:textId="77777777" w:rsidR="00C56C88" w:rsidRDefault="00000000">
      <w:pPr>
        <w:spacing w:before="160" w:after="120"/>
      </w:pPr>
      <w:r>
        <w:rPr>
          <w:b/>
        </w:rPr>
        <w:t>1. Introduction</w:t>
      </w:r>
    </w:p>
    <w:p w14:paraId="45BBEF64" w14:textId="77777777" w:rsidR="00C56C88" w:rsidRDefault="00000000">
      <w:pPr>
        <w:jc w:val="both"/>
      </w:pPr>
      <w:r>
        <w:t>The introduction of a research paper should establish the background, relevance, and academic importance of the selected topic. In any discipline, a well-written introduction helps readers understand the broader context of the study and the specific issue being examined. It should move from general background to the particular research problem, briefly indicating the nature of the debate, the need for investigation, and the possible contribution of the paper. The opening section may also introduce key concepts, definitions, or contextual details that are necessary for understanding the discussion that follows.</w:t>
      </w:r>
    </w:p>
    <w:p w14:paraId="55DB9FE0" w14:textId="77777777" w:rsidR="00C56C88" w:rsidRDefault="00000000">
      <w:pPr>
        <w:jc w:val="both"/>
      </w:pPr>
      <w:r>
        <w:t>The present template is designed to support manuscripts across multiple journals and subject areas. Authors may replace this sample text with their actual content while maintaining a clear academic tone, coherent paragraph structure, and logical flow of ideas. The final part of the introduction should normally state the purpose of the study, identify the research gap or problem, and provide a brief overview of how the paper is organized. This makes the manuscript easier for editors, reviewers, and readers to follow.</w:t>
      </w:r>
    </w:p>
    <w:p w14:paraId="65913854" w14:textId="77777777" w:rsidR="00C56C88" w:rsidRDefault="00000000">
      <w:pPr>
        <w:spacing w:before="160" w:after="120"/>
      </w:pPr>
      <w:r>
        <w:rPr>
          <w:b/>
        </w:rPr>
        <w:lastRenderedPageBreak/>
        <w:t>2. Review of Literature / Background</w:t>
      </w:r>
    </w:p>
    <w:p w14:paraId="0F2AD432" w14:textId="77777777" w:rsidR="00C56C88" w:rsidRDefault="00000000">
      <w:pPr>
        <w:jc w:val="both"/>
      </w:pPr>
      <w:r>
        <w:t>The review of literature provides the scholarly foundation of the paper. It summarizes relevant books, research articles, reports, theories, models, and earlier findings connected with the topic. Instead of listing sources one by one, the review should be arranged thematically so that the reader can see how previous work has developed over time. A balanced review may include studies that support the argument, studies that offer different viewpoints, and studies that reveal limitations or gaps in existing knowledge.</w:t>
      </w:r>
    </w:p>
    <w:p w14:paraId="791B484B" w14:textId="77777777" w:rsidR="00C56C88" w:rsidRDefault="00000000">
      <w:pPr>
        <w:jc w:val="both"/>
      </w:pPr>
      <w:r>
        <w:t>A professional literature review also explains the relationship between previous research and the present study. It may show that earlier studies have focused on a limited region, small sample, specific method, or narrow conceptual framework. By identifying such gaps, the author can justify the need for the present research. This section should be analytical rather than descriptive, and all cited works must be properly acknowledged according to the reference style required by the selected journal.</w:t>
      </w:r>
    </w:p>
    <w:p w14:paraId="26B1660D" w14:textId="77777777" w:rsidR="00C56C88" w:rsidRDefault="00000000">
      <w:pPr>
        <w:spacing w:before="160" w:after="120"/>
      </w:pPr>
      <w:r>
        <w:rPr>
          <w:b/>
        </w:rPr>
        <w:t>3. Objectives of the Study</w:t>
      </w:r>
    </w:p>
    <w:p w14:paraId="7EA4BD7C" w14:textId="77777777" w:rsidR="00C56C88" w:rsidRDefault="00000000">
      <w:pPr>
        <w:jc w:val="both"/>
      </w:pPr>
      <w:r>
        <w:t>The objectives should be specific, relevant, and directly connected with the title, research problem, methodology, and conclusion. Clear objectives help maintain focus throughout the manuscript and provide a basis for organizing the discussion and findings.</w:t>
      </w:r>
    </w:p>
    <w:p w14:paraId="11064A2A" w14:textId="71814D25" w:rsidR="00C56C88" w:rsidRDefault="00000000" w:rsidP="007E6BE2">
      <w:pPr>
        <w:pStyle w:val="ListParagraph"/>
        <w:numPr>
          <w:ilvl w:val="0"/>
          <w:numId w:val="11"/>
        </w:numPr>
        <w:spacing w:after="120"/>
        <w:jc w:val="both"/>
      </w:pPr>
      <w:r>
        <w:t>To examine the background, nature, and major dimensions of the selected research problem.</w:t>
      </w:r>
    </w:p>
    <w:p w14:paraId="3957FA82" w14:textId="21122723" w:rsidR="00C56C88" w:rsidRDefault="00000000" w:rsidP="007E6BE2">
      <w:pPr>
        <w:pStyle w:val="ListParagraph"/>
        <w:numPr>
          <w:ilvl w:val="0"/>
          <w:numId w:val="11"/>
        </w:numPr>
        <w:spacing w:after="120"/>
        <w:jc w:val="both"/>
      </w:pPr>
      <w:r>
        <w:t>To review relevant literature and identify the research gap related to the topic.</w:t>
      </w:r>
    </w:p>
    <w:p w14:paraId="7F32317A" w14:textId="72743A02" w:rsidR="00C56C88" w:rsidRDefault="00000000" w:rsidP="007E6BE2">
      <w:pPr>
        <w:pStyle w:val="ListParagraph"/>
        <w:numPr>
          <w:ilvl w:val="0"/>
          <w:numId w:val="11"/>
        </w:numPr>
        <w:spacing w:after="120"/>
        <w:jc w:val="both"/>
      </w:pPr>
      <w:r>
        <w:t xml:space="preserve">To </w:t>
      </w:r>
      <w:proofErr w:type="spellStart"/>
      <w:r>
        <w:t>analyse</w:t>
      </w:r>
      <w:proofErr w:type="spellEnd"/>
      <w:r>
        <w:t xml:space="preserve"> available data, arguments, observations, or evidence in relation to the stated objectives.</w:t>
      </w:r>
    </w:p>
    <w:p w14:paraId="43A116DF" w14:textId="30F816C6" w:rsidR="00C56C88" w:rsidRDefault="00000000" w:rsidP="007E6BE2">
      <w:pPr>
        <w:pStyle w:val="ListParagraph"/>
        <w:numPr>
          <w:ilvl w:val="0"/>
          <w:numId w:val="11"/>
        </w:numPr>
        <w:spacing w:after="120"/>
        <w:jc w:val="both"/>
      </w:pPr>
      <w:r>
        <w:t>To present meaningful findings, conclusions, and suggestions for future research or practical application.</w:t>
      </w:r>
    </w:p>
    <w:p w14:paraId="15F7451A" w14:textId="77777777" w:rsidR="00C56C88" w:rsidRDefault="00000000">
      <w:pPr>
        <w:spacing w:before="160" w:after="120"/>
      </w:pPr>
      <w:r>
        <w:rPr>
          <w:b/>
        </w:rPr>
        <w:t>4. Research Methodology</w:t>
      </w:r>
    </w:p>
    <w:p w14:paraId="4A22B2FD" w14:textId="77777777" w:rsidR="00C56C88" w:rsidRDefault="00000000">
      <w:pPr>
        <w:jc w:val="both"/>
      </w:pPr>
      <w:r>
        <w:t>The methodology section explains how the study has been planned and conducted. It should clearly mention the research design, nature of the study, sources of data, sampling method, tools of data collection, and approach used for analysis. For empirical research, authors should describe the population, sample size, field area, questionnaire, interview schedule, statistical tools, or software used. For conceptual, review-based, legal, literary, or theoretical papers, authors should explain the criteria for selecting sources and the method used for interpretation.</w:t>
      </w:r>
    </w:p>
    <w:p w14:paraId="303964C2" w14:textId="77777777" w:rsidR="00C56C88" w:rsidRDefault="00000000">
      <w:pPr>
        <w:jc w:val="both"/>
      </w:pPr>
      <w:r>
        <w:t>Methodological clarity improves the reliability and transparency of the paper. The author should avoid vague statements and ensure that the chosen method is suitable for the objectives of the study. If the research involves human participants, institutional data, sensitive information, surveys, interviews, or experiments, the author should mention ethical approval, consent, or permission wherever applicable. The methodology should be concise but complete enough for reviewers to understand the basis of the findings.</w:t>
      </w:r>
    </w:p>
    <w:p w14:paraId="24DB3FF1" w14:textId="77777777" w:rsidR="00C56C88" w:rsidRDefault="00000000">
      <w:pPr>
        <w:spacing w:before="160" w:after="120"/>
      </w:pPr>
      <w:r>
        <w:rPr>
          <w:b/>
        </w:rPr>
        <w:t>5. Results and Discussion</w:t>
      </w:r>
    </w:p>
    <w:p w14:paraId="0A30D5BF" w14:textId="77777777" w:rsidR="00C56C88" w:rsidRDefault="00000000">
      <w:pPr>
        <w:jc w:val="both"/>
      </w:pPr>
      <w:r>
        <w:lastRenderedPageBreak/>
        <w:t>The results and discussion section is the central analytical part of the manuscript. Findings should be presented in a logical order and explained in relation to the objectives of the study. Authors may use paragraphs, tables, figures, or sub-themes to present the results clearly. The discussion should not merely repeat the data; it should interpret the meaning of the findings, explain patterns, and connect the results with relevant literature or theoretical arguments.</w:t>
      </w:r>
    </w:p>
    <w:p w14:paraId="0E84C806" w14:textId="77777777" w:rsidR="00C56C88" w:rsidRDefault="00000000">
      <w:pPr>
        <w:jc w:val="both"/>
      </w:pPr>
      <w:r>
        <w:t>A strong discussion compares the present findings with earlier studies, identifies similarities and differences, and explains possible reasons for the observed outcomes. It should also indicate the academic or practical significance of the results. When tables or figures are used, they should be numbered properly, given clear titles, and discussed in the text. Authors should avoid placing large amounts of raw data without explanation, as the purpose of this section is to develop a coherent argument based on evidence.</w:t>
      </w:r>
    </w:p>
    <w:p w14:paraId="16FA342C" w14:textId="77777777" w:rsidR="00C56C88" w:rsidRDefault="00000000">
      <w:pPr>
        <w:spacing w:before="80" w:after="80" w:line="240" w:lineRule="auto"/>
        <w:jc w:val="center"/>
      </w:pPr>
      <w:r>
        <w:rPr>
          <w:b/>
          <w:sz w:val="22"/>
        </w:rPr>
        <w:t>Table 1: Sample Presentation of Findings</w:t>
      </w:r>
    </w:p>
    <w:tbl>
      <w:tblPr>
        <w:tblStyle w:val="TableGrid"/>
        <w:tblW w:w="0" w:type="auto"/>
        <w:jc w:val="center"/>
        <w:tblLook w:val="04A0" w:firstRow="1" w:lastRow="0" w:firstColumn="1" w:lastColumn="0" w:noHBand="0" w:noVBand="1"/>
      </w:tblPr>
      <w:tblGrid>
        <w:gridCol w:w="3010"/>
        <w:gridCol w:w="3010"/>
        <w:gridCol w:w="3010"/>
      </w:tblGrid>
      <w:tr w:rsidR="00C56C88" w14:paraId="32F71270" w14:textId="77777777">
        <w:trPr>
          <w:jc w:val="center"/>
        </w:trPr>
        <w:tc>
          <w:tcPr>
            <w:tcW w:w="3010" w:type="dxa"/>
            <w:shd w:val="clear" w:color="auto" w:fill="D9EAF7"/>
            <w:vAlign w:val="center"/>
          </w:tcPr>
          <w:p w14:paraId="17B032FC" w14:textId="77777777" w:rsidR="00C56C88" w:rsidRDefault="00000000">
            <w:pPr>
              <w:spacing w:after="80"/>
              <w:jc w:val="center"/>
            </w:pPr>
            <w:r>
              <w:rPr>
                <w:b/>
                <w:sz w:val="22"/>
              </w:rPr>
              <w:t>Aspect</w:t>
            </w:r>
          </w:p>
        </w:tc>
        <w:tc>
          <w:tcPr>
            <w:tcW w:w="3010" w:type="dxa"/>
            <w:shd w:val="clear" w:color="auto" w:fill="D9EAF7"/>
            <w:vAlign w:val="center"/>
          </w:tcPr>
          <w:p w14:paraId="5DA0AD76" w14:textId="77777777" w:rsidR="00C56C88" w:rsidRDefault="00000000">
            <w:pPr>
              <w:spacing w:after="80"/>
              <w:jc w:val="center"/>
            </w:pPr>
            <w:r>
              <w:rPr>
                <w:b/>
                <w:sz w:val="22"/>
              </w:rPr>
              <w:t>Observation / Indicator</w:t>
            </w:r>
          </w:p>
        </w:tc>
        <w:tc>
          <w:tcPr>
            <w:tcW w:w="3010" w:type="dxa"/>
            <w:shd w:val="clear" w:color="auto" w:fill="D9EAF7"/>
            <w:vAlign w:val="center"/>
          </w:tcPr>
          <w:p w14:paraId="782B5F61" w14:textId="77777777" w:rsidR="00C56C88" w:rsidRDefault="00000000">
            <w:pPr>
              <w:spacing w:after="80"/>
              <w:jc w:val="center"/>
            </w:pPr>
            <w:r>
              <w:rPr>
                <w:b/>
                <w:sz w:val="22"/>
              </w:rPr>
              <w:t>Interpretation</w:t>
            </w:r>
          </w:p>
        </w:tc>
      </w:tr>
      <w:tr w:rsidR="00C56C88" w14:paraId="16368BAD" w14:textId="77777777">
        <w:trPr>
          <w:jc w:val="center"/>
        </w:trPr>
        <w:tc>
          <w:tcPr>
            <w:tcW w:w="3010" w:type="dxa"/>
            <w:vAlign w:val="center"/>
          </w:tcPr>
          <w:p w14:paraId="4B8B1273" w14:textId="77777777" w:rsidR="00C56C88" w:rsidRDefault="00000000">
            <w:pPr>
              <w:spacing w:after="80"/>
            </w:pPr>
            <w:r>
              <w:rPr>
                <w:sz w:val="22"/>
              </w:rPr>
              <w:t>Background</w:t>
            </w:r>
          </w:p>
        </w:tc>
        <w:tc>
          <w:tcPr>
            <w:tcW w:w="3010" w:type="dxa"/>
            <w:vAlign w:val="center"/>
          </w:tcPr>
          <w:p w14:paraId="314FB5B9" w14:textId="77777777" w:rsidR="00C56C88" w:rsidRDefault="00000000">
            <w:pPr>
              <w:spacing w:after="80"/>
            </w:pPr>
            <w:r>
              <w:rPr>
                <w:sz w:val="22"/>
              </w:rPr>
              <w:t>The issue is linked with multiple contextual factors.</w:t>
            </w:r>
          </w:p>
        </w:tc>
        <w:tc>
          <w:tcPr>
            <w:tcW w:w="3010" w:type="dxa"/>
            <w:vAlign w:val="center"/>
          </w:tcPr>
          <w:p w14:paraId="59FB3BEB" w14:textId="77777777" w:rsidR="00C56C88" w:rsidRDefault="00000000">
            <w:pPr>
              <w:spacing w:after="80"/>
            </w:pPr>
            <w:r>
              <w:rPr>
                <w:sz w:val="22"/>
              </w:rPr>
              <w:t>A multi-dimensional approach is required.</w:t>
            </w:r>
          </w:p>
        </w:tc>
      </w:tr>
      <w:tr w:rsidR="00C56C88" w14:paraId="58496C3D" w14:textId="77777777">
        <w:trPr>
          <w:jc w:val="center"/>
        </w:trPr>
        <w:tc>
          <w:tcPr>
            <w:tcW w:w="3010" w:type="dxa"/>
            <w:vAlign w:val="center"/>
          </w:tcPr>
          <w:p w14:paraId="45993581" w14:textId="77777777" w:rsidR="00C56C88" w:rsidRDefault="00000000">
            <w:pPr>
              <w:spacing w:after="80"/>
            </w:pPr>
            <w:r>
              <w:rPr>
                <w:sz w:val="22"/>
              </w:rPr>
              <w:t>Evidence</w:t>
            </w:r>
          </w:p>
        </w:tc>
        <w:tc>
          <w:tcPr>
            <w:tcW w:w="3010" w:type="dxa"/>
            <w:vAlign w:val="center"/>
          </w:tcPr>
          <w:p w14:paraId="21A65E8C" w14:textId="77777777" w:rsidR="00C56C88" w:rsidRDefault="00000000">
            <w:pPr>
              <w:spacing w:after="80"/>
            </w:pPr>
            <w:r>
              <w:rPr>
                <w:sz w:val="22"/>
              </w:rPr>
              <w:t>Findings show a pattern across selected sources or respondents.</w:t>
            </w:r>
          </w:p>
        </w:tc>
        <w:tc>
          <w:tcPr>
            <w:tcW w:w="3010" w:type="dxa"/>
            <w:vAlign w:val="center"/>
          </w:tcPr>
          <w:p w14:paraId="0685DBAF" w14:textId="77777777" w:rsidR="00C56C88" w:rsidRDefault="00000000">
            <w:pPr>
              <w:spacing w:after="80"/>
            </w:pPr>
            <w:r>
              <w:rPr>
                <w:sz w:val="22"/>
              </w:rPr>
              <w:t>The pattern supports the central argument of the study.</w:t>
            </w:r>
          </w:p>
        </w:tc>
      </w:tr>
      <w:tr w:rsidR="00C56C88" w14:paraId="0ECA4D75" w14:textId="77777777">
        <w:trPr>
          <w:jc w:val="center"/>
        </w:trPr>
        <w:tc>
          <w:tcPr>
            <w:tcW w:w="3010" w:type="dxa"/>
            <w:vAlign w:val="center"/>
          </w:tcPr>
          <w:p w14:paraId="13CA4BAF" w14:textId="77777777" w:rsidR="00C56C88" w:rsidRDefault="00000000">
            <w:pPr>
              <w:spacing w:after="80"/>
            </w:pPr>
            <w:r>
              <w:rPr>
                <w:sz w:val="22"/>
              </w:rPr>
              <w:t>Implication</w:t>
            </w:r>
          </w:p>
        </w:tc>
        <w:tc>
          <w:tcPr>
            <w:tcW w:w="3010" w:type="dxa"/>
            <w:vAlign w:val="center"/>
          </w:tcPr>
          <w:p w14:paraId="52C64526" w14:textId="77777777" w:rsidR="00C56C88" w:rsidRDefault="00000000">
            <w:pPr>
              <w:spacing w:after="80"/>
            </w:pPr>
            <w:r>
              <w:rPr>
                <w:sz w:val="22"/>
              </w:rPr>
              <w:t>Results indicate scope for improvement, awareness, or further inquiry.</w:t>
            </w:r>
          </w:p>
        </w:tc>
        <w:tc>
          <w:tcPr>
            <w:tcW w:w="3010" w:type="dxa"/>
            <w:vAlign w:val="center"/>
          </w:tcPr>
          <w:p w14:paraId="1B57B513" w14:textId="77777777" w:rsidR="00C56C88" w:rsidRDefault="00000000">
            <w:pPr>
              <w:spacing w:after="80"/>
            </w:pPr>
            <w:r>
              <w:rPr>
                <w:sz w:val="22"/>
              </w:rPr>
              <w:t>The study contributes to future research and practical application.</w:t>
            </w:r>
          </w:p>
        </w:tc>
      </w:tr>
    </w:tbl>
    <w:p w14:paraId="020A33C9" w14:textId="77777777" w:rsidR="00C56C88" w:rsidRDefault="00000000">
      <w:pPr>
        <w:spacing w:before="40" w:line="240" w:lineRule="auto"/>
      </w:pPr>
      <w:r>
        <w:rPr>
          <w:i/>
          <w:sz w:val="20"/>
        </w:rPr>
        <w:t>Source/Note: Replace the sample content with actual data or remove the table if not required.</w:t>
      </w:r>
    </w:p>
    <w:p w14:paraId="5C7154EC" w14:textId="77777777" w:rsidR="00C56C88" w:rsidRDefault="00000000">
      <w:pPr>
        <w:spacing w:before="160" w:after="120"/>
      </w:pPr>
      <w:r>
        <w:rPr>
          <w:b/>
        </w:rPr>
        <w:t>6. Conclusion</w:t>
      </w:r>
    </w:p>
    <w:p w14:paraId="02D3D6B4" w14:textId="77777777" w:rsidR="00C56C88" w:rsidRDefault="00000000">
      <w:pPr>
        <w:jc w:val="both"/>
      </w:pPr>
      <w:r>
        <w:t>The conclusion should summarize the major findings of the paper in a concise and meaningful way. It should not introduce unrelated information or repeat the entire discussion. A good conclusion clearly states what the study has established, why the findings are important, and how they contribute to the selected field. It may also mention the limitations of the study, especially when the research is based on a limited sample, restricted area, specific time period, or selected sources.</w:t>
      </w:r>
    </w:p>
    <w:p w14:paraId="13E07044" w14:textId="77777777" w:rsidR="00C56C88" w:rsidRDefault="00000000">
      <w:pPr>
        <w:jc w:val="both"/>
      </w:pPr>
      <w:r>
        <w:t>The final paragraph may include practical suggestions, policy implications, or directions for future research, depending on the nature of the manuscript. Authors should ensure that the conclusion is directly connected with the objectives and the evidence presented in the paper. The concluding remarks should leave the reader with a clear understanding of the contribution of the study and its relevance for further academic discussion.</w:t>
      </w:r>
    </w:p>
    <w:p w14:paraId="243F8F03" w14:textId="77777777" w:rsidR="00C56C88" w:rsidRDefault="00000000">
      <w:pPr>
        <w:spacing w:before="160" w:after="120"/>
      </w:pPr>
      <w:r>
        <w:rPr>
          <w:b/>
        </w:rPr>
        <w:t>Acknowledgement (Optional)</w:t>
      </w:r>
    </w:p>
    <w:p w14:paraId="355E3A4F" w14:textId="77777777" w:rsidR="00C56C88" w:rsidRDefault="00000000">
      <w:pPr>
        <w:jc w:val="both"/>
      </w:pPr>
      <w:r>
        <w:t>[Mention institutional, financial, technical, or personal assistance. Delete this section if not applicable.]</w:t>
      </w:r>
    </w:p>
    <w:p w14:paraId="7AEFC8D4" w14:textId="77777777" w:rsidR="00C56C88" w:rsidRDefault="00000000">
      <w:pPr>
        <w:spacing w:before="160" w:after="120"/>
      </w:pPr>
      <w:r>
        <w:rPr>
          <w:b/>
        </w:rPr>
        <w:t>Funding Statement (Optional)</w:t>
      </w:r>
    </w:p>
    <w:p w14:paraId="5BF86EF1" w14:textId="77777777" w:rsidR="00C56C88" w:rsidRDefault="00000000">
      <w:pPr>
        <w:jc w:val="both"/>
      </w:pPr>
      <w:r>
        <w:t>[Mention funding source and grant number, if any. If there is no funding, write: This research received no external funding.]</w:t>
      </w:r>
    </w:p>
    <w:p w14:paraId="64C4EC30" w14:textId="77777777" w:rsidR="00C56C88" w:rsidRDefault="00000000">
      <w:pPr>
        <w:spacing w:before="160" w:after="120"/>
      </w:pPr>
      <w:r>
        <w:rPr>
          <w:b/>
        </w:rPr>
        <w:lastRenderedPageBreak/>
        <w:t>Conflict of Interest</w:t>
      </w:r>
    </w:p>
    <w:p w14:paraId="71A5E911" w14:textId="77777777" w:rsidR="00C56C88" w:rsidRDefault="00000000">
      <w:pPr>
        <w:jc w:val="both"/>
      </w:pPr>
      <w:r>
        <w:t>[Declare any conflict of interest. If none, write: The author(s) declare no conflict of interest.]</w:t>
      </w:r>
    </w:p>
    <w:p w14:paraId="04EB2625" w14:textId="77777777" w:rsidR="00C56C88" w:rsidRDefault="00000000">
      <w:pPr>
        <w:spacing w:before="160" w:after="120"/>
      </w:pPr>
      <w:r>
        <w:rPr>
          <w:b/>
        </w:rPr>
        <w:t>Author Contributions (Optional)</w:t>
      </w:r>
    </w:p>
    <w:p w14:paraId="4C22FB62" w14:textId="77777777" w:rsidR="00C56C88" w:rsidRDefault="00000000">
      <w:pPr>
        <w:jc w:val="both"/>
      </w:pPr>
      <w:r>
        <w:t>[For multi-author papers, mention the contribution of each author if required by the selected journal.]</w:t>
      </w:r>
    </w:p>
    <w:p w14:paraId="7512C34D" w14:textId="77777777" w:rsidR="00C56C88" w:rsidRDefault="00000000">
      <w:pPr>
        <w:spacing w:before="160" w:after="120"/>
      </w:pPr>
      <w:r>
        <w:rPr>
          <w:b/>
        </w:rPr>
        <w:t>Ethical Approval / Consent (If Applicable)</w:t>
      </w:r>
    </w:p>
    <w:p w14:paraId="6BDB65F8" w14:textId="77777777" w:rsidR="00C56C88" w:rsidRDefault="00000000">
      <w:pPr>
        <w:jc w:val="both"/>
      </w:pPr>
      <w:r>
        <w:t>[Mention ethical approval, informed consent, survey permission, or human/animal study approval details where applicable. Delete this section if not applicable.]</w:t>
      </w:r>
    </w:p>
    <w:p w14:paraId="5AE3C4D1" w14:textId="77777777" w:rsidR="00C56C88" w:rsidRDefault="00000000">
      <w:pPr>
        <w:spacing w:before="160" w:after="120"/>
      </w:pPr>
      <w:r>
        <w:rPr>
          <w:b/>
        </w:rPr>
        <w:t>References</w:t>
      </w:r>
    </w:p>
    <w:p w14:paraId="6F026B27" w14:textId="77777777" w:rsidR="00C56C88" w:rsidRDefault="00000000">
      <w:pPr>
        <w:jc w:val="both"/>
      </w:pPr>
      <w:r>
        <w:t>[Use APA, MLA, or the reference style specified by the selected journal. Keep references complete and consistent. Replace the following examples with actual references.]</w:t>
      </w:r>
    </w:p>
    <w:p w14:paraId="4AD5A038" w14:textId="77777777" w:rsidR="00C56C88" w:rsidRDefault="00000000">
      <w:pPr>
        <w:spacing w:after="120"/>
        <w:ind w:left="360" w:hanging="360"/>
        <w:jc w:val="both"/>
      </w:pPr>
      <w:r>
        <w:t>Author, A. A. (Year). Title of the article. Title of the Journal, volume(issue), page-page. https://doi.org/xxxxx</w:t>
      </w:r>
    </w:p>
    <w:p w14:paraId="0070514D" w14:textId="77777777" w:rsidR="00C56C88" w:rsidRDefault="00000000">
      <w:pPr>
        <w:spacing w:after="120"/>
        <w:ind w:left="360" w:hanging="360"/>
        <w:jc w:val="both"/>
      </w:pPr>
      <w:r>
        <w:t>Author, B. B. (Year). Title of the book. Publisher.</w:t>
      </w:r>
    </w:p>
    <w:p w14:paraId="6FEB98FD" w14:textId="77777777" w:rsidR="00C56C88" w:rsidRDefault="00000000">
      <w:pPr>
        <w:spacing w:after="120"/>
        <w:ind w:left="360" w:hanging="360"/>
        <w:jc w:val="both"/>
      </w:pPr>
      <w:r>
        <w:t>Author, C. C., &amp; Author, D. D. (Year). Title of chapter. In E. E. Editor (Ed.), Title of book (pp. xx-xx). Publisher.</w:t>
      </w:r>
    </w:p>
    <w:p w14:paraId="3C590D95" w14:textId="77777777" w:rsidR="00C56C88" w:rsidRDefault="00000000">
      <w:pPr>
        <w:spacing w:after="120"/>
        <w:ind w:left="360" w:hanging="360"/>
        <w:jc w:val="both"/>
      </w:pPr>
      <w:r>
        <w:t>Organization Name. (Year). Title of report. Publisher/Website Name.</w:t>
      </w:r>
    </w:p>
    <w:p w14:paraId="3F6AF342" w14:textId="77777777" w:rsidR="00C56C88" w:rsidRDefault="00000000">
      <w:pPr>
        <w:spacing w:before="160" w:after="120"/>
      </w:pPr>
      <w:r>
        <w:rPr>
          <w:b/>
        </w:rPr>
        <w:t>Appendix (Optional)</w:t>
      </w:r>
    </w:p>
    <w:p w14:paraId="5D6CD3A9" w14:textId="56B1032E" w:rsidR="00C56C88" w:rsidRDefault="00000000" w:rsidP="00352027">
      <w:pPr>
        <w:jc w:val="both"/>
      </w:pPr>
      <w:r>
        <w:t>[Add questionnaire, supplementary data, interview schedule, or additional tables only if required. Delete this section if not applicable.]</w:t>
      </w:r>
    </w:p>
    <w:p w14:paraId="3300DFB3" w14:textId="77777777" w:rsidR="00C56C88" w:rsidRDefault="00C56C88">
      <w:pPr>
        <w:spacing w:after="0"/>
      </w:pPr>
    </w:p>
    <w:p w14:paraId="43929FAF" w14:textId="77777777" w:rsidR="00C56C88" w:rsidRPr="00352027" w:rsidRDefault="00000000">
      <w:pPr>
        <w:spacing w:after="120"/>
        <w:rPr>
          <w:color w:val="EE0000"/>
        </w:rPr>
      </w:pPr>
      <w:r w:rsidRPr="00352027">
        <w:rPr>
          <w:b/>
          <w:color w:val="EE0000"/>
        </w:rPr>
        <w:t>Important Manuscript Writing Note</w:t>
      </w:r>
    </w:p>
    <w:p w14:paraId="6B04C541" w14:textId="77777777" w:rsidR="00C56C88" w:rsidRDefault="00000000">
      <w:pPr>
        <w:spacing w:after="120"/>
        <w:jc w:val="both"/>
      </w:pPr>
      <w:r>
        <w:rPr>
          <w:sz w:val="22"/>
        </w:rPr>
        <w:t>Main manuscript text should be written in proper academic paragraphs, not in a bullet-point or note-style format. Authors may use bullets only where they are genuinely required.</w:t>
      </w:r>
    </w:p>
    <w:p w14:paraId="31102FCC" w14:textId="77777777" w:rsidR="00C56C88" w:rsidRDefault="00000000">
      <w:pPr>
        <w:spacing w:after="80"/>
        <w:ind w:left="360" w:hanging="360"/>
        <w:jc w:val="both"/>
      </w:pPr>
      <w:proofErr w:type="gramStart"/>
      <w:r>
        <w:rPr>
          <w:b/>
          <w:sz w:val="22"/>
        </w:rPr>
        <w:t xml:space="preserve">✎  </w:t>
      </w:r>
      <w:r>
        <w:rPr>
          <w:sz w:val="22"/>
        </w:rPr>
        <w:t>Write</w:t>
      </w:r>
      <w:proofErr w:type="gramEnd"/>
      <w:r>
        <w:rPr>
          <w:sz w:val="22"/>
        </w:rPr>
        <w:t xml:space="preserve"> Introduction, Literature Review, Methodology, Discussion, and Conclusion in complete paragraphs.</w:t>
      </w:r>
    </w:p>
    <w:p w14:paraId="55066F36" w14:textId="77777777" w:rsidR="00C56C88" w:rsidRDefault="00000000">
      <w:pPr>
        <w:spacing w:after="80"/>
        <w:ind w:left="360" w:hanging="360"/>
        <w:jc w:val="both"/>
      </w:pPr>
      <w:proofErr w:type="gramStart"/>
      <w:r>
        <w:rPr>
          <w:b/>
          <w:sz w:val="22"/>
        </w:rPr>
        <w:t xml:space="preserve">◆  </w:t>
      </w:r>
      <w:r>
        <w:rPr>
          <w:sz w:val="22"/>
        </w:rPr>
        <w:t>Do</w:t>
      </w:r>
      <w:proofErr w:type="gramEnd"/>
      <w:r>
        <w:rPr>
          <w:sz w:val="22"/>
        </w:rPr>
        <w:t xml:space="preserve"> not prepare the entire paper as bullet points, short notes, PPT-style points, or one-line answers.</w:t>
      </w:r>
    </w:p>
    <w:p w14:paraId="72E55D1B" w14:textId="77777777" w:rsidR="00C56C88" w:rsidRDefault="00000000">
      <w:pPr>
        <w:spacing w:after="80"/>
        <w:ind w:left="360" w:hanging="360"/>
        <w:jc w:val="both"/>
      </w:pPr>
      <w:proofErr w:type="gramStart"/>
      <w:r>
        <w:rPr>
          <w:b/>
          <w:sz w:val="22"/>
        </w:rPr>
        <w:t xml:space="preserve">➤  </w:t>
      </w:r>
      <w:r>
        <w:rPr>
          <w:sz w:val="22"/>
        </w:rPr>
        <w:t>Use</w:t>
      </w:r>
      <w:proofErr w:type="gramEnd"/>
      <w:r>
        <w:rPr>
          <w:sz w:val="22"/>
        </w:rPr>
        <w:t xml:space="preserve"> bullets or numbering only for objectives, brief lists, questionnaire points, table notes, or necessary sub-points.</w:t>
      </w:r>
    </w:p>
    <w:p w14:paraId="6431C3A0" w14:textId="77777777" w:rsidR="00C56C88" w:rsidRDefault="00000000">
      <w:pPr>
        <w:spacing w:after="80"/>
        <w:ind w:left="360" w:hanging="360"/>
        <w:jc w:val="both"/>
      </w:pPr>
      <w:proofErr w:type="gramStart"/>
      <w:r>
        <w:rPr>
          <w:b/>
          <w:sz w:val="22"/>
        </w:rPr>
        <w:t xml:space="preserve">⚠  </w:t>
      </w:r>
      <w:r>
        <w:rPr>
          <w:sz w:val="22"/>
        </w:rPr>
        <w:t>Long</w:t>
      </w:r>
      <w:proofErr w:type="gramEnd"/>
      <w:r>
        <w:rPr>
          <w:sz w:val="22"/>
        </w:rPr>
        <w:t xml:space="preserve"> bullet lists should be converted into clear paragraphs with proper explanation, evidence, and continuity.</w:t>
      </w:r>
    </w:p>
    <w:p w14:paraId="642AC3D7" w14:textId="77777777" w:rsidR="00C56C88" w:rsidRDefault="00C56C88">
      <w:pPr>
        <w:spacing w:after="0"/>
      </w:pPr>
    </w:p>
    <w:p w14:paraId="57A7EC77" w14:textId="77777777" w:rsidR="00C56C88" w:rsidRPr="00352027" w:rsidRDefault="00000000">
      <w:pPr>
        <w:spacing w:before="120"/>
        <w:rPr>
          <w:color w:val="EE0000"/>
        </w:rPr>
      </w:pPr>
      <w:r w:rsidRPr="00352027">
        <w:rPr>
          <w:b/>
          <w:color w:val="EE0000"/>
        </w:rPr>
        <w:t>Manuscript Formatting Checklist (For Reference Only)</w:t>
      </w:r>
    </w:p>
    <w:p w14:paraId="60277782" w14:textId="77777777" w:rsidR="00C56C88" w:rsidRDefault="00000000">
      <w:pPr>
        <w:jc w:val="both"/>
      </w:pPr>
      <w:r>
        <w:rPr>
          <w:sz w:val="22"/>
        </w:rPr>
        <w:t>Before submission, authors should review the following formatting points. This checklist is provided only for understanding and reference; it does not contain any checkbox or tick option.</w:t>
      </w:r>
    </w:p>
    <w:tbl>
      <w:tblPr>
        <w:tblStyle w:val="TableGrid"/>
        <w:tblW w:w="9360" w:type="dxa"/>
        <w:jc w:val="center"/>
        <w:tblLayout w:type="fixed"/>
        <w:tblLook w:val="04A0" w:firstRow="1" w:lastRow="0" w:firstColumn="1" w:lastColumn="0" w:noHBand="0" w:noVBand="1"/>
      </w:tblPr>
      <w:tblGrid>
        <w:gridCol w:w="648"/>
        <w:gridCol w:w="2520"/>
        <w:gridCol w:w="6192"/>
      </w:tblGrid>
      <w:tr w:rsidR="00C56C88" w14:paraId="64229DA5" w14:textId="77777777">
        <w:trPr>
          <w:cantSplit/>
          <w:tblHeader/>
          <w:jc w:val="center"/>
        </w:trPr>
        <w:tc>
          <w:tcPr>
            <w:tcW w:w="648" w:type="dxa"/>
            <w:shd w:val="clear" w:color="auto" w:fill="D9EAF7"/>
            <w:tcMar>
              <w:top w:w="60" w:type="dxa"/>
              <w:left w:w="90" w:type="dxa"/>
              <w:bottom w:w="60" w:type="dxa"/>
              <w:right w:w="90" w:type="dxa"/>
            </w:tcMar>
          </w:tcPr>
          <w:p w14:paraId="65208DBE" w14:textId="77777777" w:rsidR="00C56C88" w:rsidRDefault="00000000">
            <w:pPr>
              <w:spacing w:after="40"/>
              <w:jc w:val="center"/>
            </w:pPr>
            <w:r>
              <w:rPr>
                <w:b/>
                <w:sz w:val="20"/>
              </w:rPr>
              <w:lastRenderedPageBreak/>
              <w:t>No.</w:t>
            </w:r>
          </w:p>
        </w:tc>
        <w:tc>
          <w:tcPr>
            <w:tcW w:w="2520" w:type="dxa"/>
            <w:shd w:val="clear" w:color="auto" w:fill="D9EAF7"/>
            <w:tcMar>
              <w:top w:w="60" w:type="dxa"/>
              <w:left w:w="90" w:type="dxa"/>
              <w:bottom w:w="60" w:type="dxa"/>
              <w:right w:w="90" w:type="dxa"/>
            </w:tcMar>
          </w:tcPr>
          <w:p w14:paraId="2CEA91DC" w14:textId="77777777" w:rsidR="00C56C88" w:rsidRDefault="00000000">
            <w:pPr>
              <w:spacing w:after="40"/>
            </w:pPr>
            <w:r>
              <w:rPr>
                <w:b/>
                <w:sz w:val="20"/>
              </w:rPr>
              <w:t>Checklist Item</w:t>
            </w:r>
          </w:p>
        </w:tc>
        <w:tc>
          <w:tcPr>
            <w:tcW w:w="6192" w:type="dxa"/>
            <w:shd w:val="clear" w:color="auto" w:fill="D9EAF7"/>
            <w:tcMar>
              <w:top w:w="60" w:type="dxa"/>
              <w:left w:w="90" w:type="dxa"/>
              <w:bottom w:w="60" w:type="dxa"/>
              <w:right w:w="90" w:type="dxa"/>
            </w:tcMar>
          </w:tcPr>
          <w:p w14:paraId="3DEA649D" w14:textId="77777777" w:rsidR="00C56C88" w:rsidRDefault="00000000">
            <w:pPr>
              <w:spacing w:after="40"/>
            </w:pPr>
            <w:r>
              <w:rPr>
                <w:b/>
                <w:sz w:val="20"/>
              </w:rPr>
              <w:t>Requirement / Guideline</w:t>
            </w:r>
          </w:p>
        </w:tc>
      </w:tr>
      <w:tr w:rsidR="00C56C88" w14:paraId="5CAB4D2F" w14:textId="77777777">
        <w:trPr>
          <w:jc w:val="center"/>
        </w:trPr>
        <w:tc>
          <w:tcPr>
            <w:tcW w:w="648" w:type="dxa"/>
            <w:tcMar>
              <w:top w:w="60" w:type="dxa"/>
              <w:left w:w="90" w:type="dxa"/>
              <w:bottom w:w="60" w:type="dxa"/>
              <w:right w:w="90" w:type="dxa"/>
            </w:tcMar>
          </w:tcPr>
          <w:p w14:paraId="1F06AF24" w14:textId="77777777" w:rsidR="00C56C88" w:rsidRDefault="00000000">
            <w:pPr>
              <w:spacing w:after="40"/>
              <w:jc w:val="center"/>
            </w:pPr>
            <w:r>
              <w:rPr>
                <w:sz w:val="20"/>
              </w:rPr>
              <w:t>1</w:t>
            </w:r>
          </w:p>
        </w:tc>
        <w:tc>
          <w:tcPr>
            <w:tcW w:w="2520" w:type="dxa"/>
            <w:tcMar>
              <w:top w:w="60" w:type="dxa"/>
              <w:left w:w="90" w:type="dxa"/>
              <w:bottom w:w="60" w:type="dxa"/>
              <w:right w:w="90" w:type="dxa"/>
            </w:tcMar>
          </w:tcPr>
          <w:p w14:paraId="5E79B6A4" w14:textId="77777777" w:rsidR="00C56C88" w:rsidRDefault="00000000">
            <w:pPr>
              <w:spacing w:after="40"/>
            </w:pPr>
            <w:r>
              <w:rPr>
                <w:b/>
                <w:sz w:val="20"/>
              </w:rPr>
              <w:t>Page size</w:t>
            </w:r>
          </w:p>
        </w:tc>
        <w:tc>
          <w:tcPr>
            <w:tcW w:w="6192" w:type="dxa"/>
            <w:tcMar>
              <w:top w:w="60" w:type="dxa"/>
              <w:left w:w="90" w:type="dxa"/>
              <w:bottom w:w="60" w:type="dxa"/>
              <w:right w:w="90" w:type="dxa"/>
            </w:tcMar>
          </w:tcPr>
          <w:p w14:paraId="7E60A51D" w14:textId="77777777" w:rsidR="00C56C88" w:rsidRDefault="00000000">
            <w:pPr>
              <w:spacing w:after="40"/>
            </w:pPr>
            <w:r>
              <w:rPr>
                <w:sz w:val="20"/>
              </w:rPr>
              <w:t>A4 size should be used throughout the manuscript.</w:t>
            </w:r>
          </w:p>
        </w:tc>
      </w:tr>
      <w:tr w:rsidR="00C56C88" w14:paraId="3529902D" w14:textId="77777777">
        <w:trPr>
          <w:jc w:val="center"/>
        </w:trPr>
        <w:tc>
          <w:tcPr>
            <w:tcW w:w="648" w:type="dxa"/>
            <w:tcMar>
              <w:top w:w="60" w:type="dxa"/>
              <w:left w:w="90" w:type="dxa"/>
              <w:bottom w:w="60" w:type="dxa"/>
              <w:right w:w="90" w:type="dxa"/>
            </w:tcMar>
          </w:tcPr>
          <w:p w14:paraId="32BCE376" w14:textId="77777777" w:rsidR="00C56C88" w:rsidRDefault="00000000">
            <w:pPr>
              <w:spacing w:after="40"/>
              <w:jc w:val="center"/>
            </w:pPr>
            <w:r>
              <w:rPr>
                <w:sz w:val="20"/>
              </w:rPr>
              <w:t>2</w:t>
            </w:r>
          </w:p>
        </w:tc>
        <w:tc>
          <w:tcPr>
            <w:tcW w:w="2520" w:type="dxa"/>
            <w:tcMar>
              <w:top w:w="60" w:type="dxa"/>
              <w:left w:w="90" w:type="dxa"/>
              <w:bottom w:w="60" w:type="dxa"/>
              <w:right w:w="90" w:type="dxa"/>
            </w:tcMar>
          </w:tcPr>
          <w:p w14:paraId="136EE21D" w14:textId="77777777" w:rsidR="00C56C88" w:rsidRDefault="00000000">
            <w:pPr>
              <w:spacing w:after="40"/>
            </w:pPr>
            <w:r>
              <w:rPr>
                <w:b/>
                <w:sz w:val="20"/>
              </w:rPr>
              <w:t>Margins</w:t>
            </w:r>
          </w:p>
        </w:tc>
        <w:tc>
          <w:tcPr>
            <w:tcW w:w="6192" w:type="dxa"/>
            <w:tcMar>
              <w:top w:w="60" w:type="dxa"/>
              <w:left w:w="90" w:type="dxa"/>
              <w:bottom w:w="60" w:type="dxa"/>
              <w:right w:w="90" w:type="dxa"/>
            </w:tcMar>
          </w:tcPr>
          <w:p w14:paraId="1FE52783" w14:textId="77777777" w:rsidR="00C56C88" w:rsidRDefault="00000000">
            <w:pPr>
              <w:spacing w:after="40"/>
            </w:pPr>
            <w:r>
              <w:rPr>
                <w:sz w:val="20"/>
              </w:rPr>
              <w:t>Use 1 inch (2.54 cm) margin on all sides: top, bottom, left, and right.</w:t>
            </w:r>
          </w:p>
        </w:tc>
      </w:tr>
      <w:tr w:rsidR="00C56C88" w14:paraId="6D7193E9" w14:textId="77777777">
        <w:trPr>
          <w:jc w:val="center"/>
        </w:trPr>
        <w:tc>
          <w:tcPr>
            <w:tcW w:w="648" w:type="dxa"/>
            <w:tcMar>
              <w:top w:w="60" w:type="dxa"/>
              <w:left w:w="90" w:type="dxa"/>
              <w:bottom w:w="60" w:type="dxa"/>
              <w:right w:w="90" w:type="dxa"/>
            </w:tcMar>
          </w:tcPr>
          <w:p w14:paraId="168CE20C" w14:textId="77777777" w:rsidR="00C56C88" w:rsidRDefault="00000000">
            <w:pPr>
              <w:spacing w:after="40"/>
              <w:jc w:val="center"/>
            </w:pPr>
            <w:r>
              <w:rPr>
                <w:sz w:val="20"/>
              </w:rPr>
              <w:t>3</w:t>
            </w:r>
          </w:p>
        </w:tc>
        <w:tc>
          <w:tcPr>
            <w:tcW w:w="2520" w:type="dxa"/>
            <w:tcMar>
              <w:top w:w="60" w:type="dxa"/>
              <w:left w:w="90" w:type="dxa"/>
              <w:bottom w:w="60" w:type="dxa"/>
              <w:right w:w="90" w:type="dxa"/>
            </w:tcMar>
          </w:tcPr>
          <w:p w14:paraId="35C895B7" w14:textId="77777777" w:rsidR="00C56C88" w:rsidRDefault="00000000">
            <w:pPr>
              <w:spacing w:after="40"/>
            </w:pPr>
            <w:r>
              <w:rPr>
                <w:b/>
                <w:sz w:val="20"/>
              </w:rPr>
              <w:t>Layout</w:t>
            </w:r>
          </w:p>
        </w:tc>
        <w:tc>
          <w:tcPr>
            <w:tcW w:w="6192" w:type="dxa"/>
            <w:tcMar>
              <w:top w:w="60" w:type="dxa"/>
              <w:left w:w="90" w:type="dxa"/>
              <w:bottom w:w="60" w:type="dxa"/>
              <w:right w:w="90" w:type="dxa"/>
            </w:tcMar>
          </w:tcPr>
          <w:p w14:paraId="6B245F86" w14:textId="77777777" w:rsidR="00C56C88" w:rsidRDefault="00000000">
            <w:pPr>
              <w:spacing w:after="40"/>
            </w:pPr>
            <w:r>
              <w:rPr>
                <w:sz w:val="20"/>
              </w:rPr>
              <w:t>Use portrait orientation, single-column layout, and a clean academic page arrangement.</w:t>
            </w:r>
          </w:p>
        </w:tc>
      </w:tr>
      <w:tr w:rsidR="00C56C88" w14:paraId="60FFAFF2" w14:textId="77777777">
        <w:trPr>
          <w:jc w:val="center"/>
        </w:trPr>
        <w:tc>
          <w:tcPr>
            <w:tcW w:w="648" w:type="dxa"/>
            <w:tcMar>
              <w:top w:w="60" w:type="dxa"/>
              <w:left w:w="90" w:type="dxa"/>
              <w:bottom w:w="60" w:type="dxa"/>
              <w:right w:w="90" w:type="dxa"/>
            </w:tcMar>
          </w:tcPr>
          <w:p w14:paraId="394431C7" w14:textId="77777777" w:rsidR="00C56C88" w:rsidRDefault="00000000">
            <w:pPr>
              <w:spacing w:after="40"/>
              <w:jc w:val="center"/>
            </w:pPr>
            <w:r>
              <w:rPr>
                <w:sz w:val="20"/>
              </w:rPr>
              <w:t>4</w:t>
            </w:r>
          </w:p>
        </w:tc>
        <w:tc>
          <w:tcPr>
            <w:tcW w:w="2520" w:type="dxa"/>
            <w:tcMar>
              <w:top w:w="60" w:type="dxa"/>
              <w:left w:w="90" w:type="dxa"/>
              <w:bottom w:w="60" w:type="dxa"/>
              <w:right w:w="90" w:type="dxa"/>
            </w:tcMar>
          </w:tcPr>
          <w:p w14:paraId="08367AEF" w14:textId="77777777" w:rsidR="00C56C88" w:rsidRDefault="00000000">
            <w:pPr>
              <w:spacing w:after="40"/>
            </w:pPr>
            <w:r>
              <w:rPr>
                <w:b/>
                <w:sz w:val="20"/>
              </w:rPr>
              <w:t>English font</w:t>
            </w:r>
          </w:p>
        </w:tc>
        <w:tc>
          <w:tcPr>
            <w:tcW w:w="6192" w:type="dxa"/>
            <w:tcMar>
              <w:top w:w="60" w:type="dxa"/>
              <w:left w:w="90" w:type="dxa"/>
              <w:bottom w:w="60" w:type="dxa"/>
              <w:right w:w="90" w:type="dxa"/>
            </w:tcMar>
          </w:tcPr>
          <w:p w14:paraId="2D16DBEC" w14:textId="41724411" w:rsidR="00C56C88" w:rsidRDefault="00000000">
            <w:pPr>
              <w:spacing w:after="40"/>
            </w:pPr>
            <w:r>
              <w:rPr>
                <w:sz w:val="20"/>
              </w:rPr>
              <w:t>Use Times New Roman for text unless the selected journal specifies otherwise.</w:t>
            </w:r>
          </w:p>
        </w:tc>
      </w:tr>
      <w:tr w:rsidR="00C56C88" w14:paraId="56F697EE" w14:textId="77777777">
        <w:trPr>
          <w:jc w:val="center"/>
        </w:trPr>
        <w:tc>
          <w:tcPr>
            <w:tcW w:w="648" w:type="dxa"/>
            <w:tcMar>
              <w:top w:w="60" w:type="dxa"/>
              <w:left w:w="90" w:type="dxa"/>
              <w:bottom w:w="60" w:type="dxa"/>
              <w:right w:w="90" w:type="dxa"/>
            </w:tcMar>
          </w:tcPr>
          <w:p w14:paraId="6241D159" w14:textId="77777777" w:rsidR="00C56C88" w:rsidRDefault="00000000">
            <w:pPr>
              <w:spacing w:after="40"/>
              <w:jc w:val="center"/>
            </w:pPr>
            <w:r>
              <w:rPr>
                <w:sz w:val="20"/>
              </w:rPr>
              <w:t>6</w:t>
            </w:r>
          </w:p>
        </w:tc>
        <w:tc>
          <w:tcPr>
            <w:tcW w:w="2520" w:type="dxa"/>
            <w:tcMar>
              <w:top w:w="60" w:type="dxa"/>
              <w:left w:w="90" w:type="dxa"/>
              <w:bottom w:w="60" w:type="dxa"/>
              <w:right w:w="90" w:type="dxa"/>
            </w:tcMar>
          </w:tcPr>
          <w:p w14:paraId="12092DF5" w14:textId="77777777" w:rsidR="00C56C88" w:rsidRDefault="00000000">
            <w:pPr>
              <w:spacing w:after="40"/>
            </w:pPr>
            <w:r>
              <w:rPr>
                <w:b/>
                <w:sz w:val="20"/>
              </w:rPr>
              <w:t>Title</w:t>
            </w:r>
          </w:p>
        </w:tc>
        <w:tc>
          <w:tcPr>
            <w:tcW w:w="6192" w:type="dxa"/>
            <w:tcMar>
              <w:top w:w="60" w:type="dxa"/>
              <w:left w:w="90" w:type="dxa"/>
              <w:bottom w:w="60" w:type="dxa"/>
              <w:right w:w="90" w:type="dxa"/>
            </w:tcMar>
          </w:tcPr>
          <w:p w14:paraId="0534D5B1" w14:textId="77777777" w:rsidR="00C56C88" w:rsidRDefault="00000000">
            <w:pPr>
              <w:spacing w:after="40"/>
            </w:pPr>
            <w:r>
              <w:rPr>
                <w:sz w:val="20"/>
              </w:rPr>
              <w:t>Paper title should be 16 pt, bold, centered, and written clearly in title case.</w:t>
            </w:r>
          </w:p>
        </w:tc>
      </w:tr>
      <w:tr w:rsidR="00C56C88" w14:paraId="406EC424" w14:textId="77777777">
        <w:trPr>
          <w:jc w:val="center"/>
        </w:trPr>
        <w:tc>
          <w:tcPr>
            <w:tcW w:w="648" w:type="dxa"/>
            <w:tcMar>
              <w:top w:w="60" w:type="dxa"/>
              <w:left w:w="90" w:type="dxa"/>
              <w:bottom w:w="60" w:type="dxa"/>
              <w:right w:w="90" w:type="dxa"/>
            </w:tcMar>
          </w:tcPr>
          <w:p w14:paraId="4D2F5AE1" w14:textId="77777777" w:rsidR="00C56C88" w:rsidRDefault="00000000">
            <w:pPr>
              <w:spacing w:after="40"/>
              <w:jc w:val="center"/>
            </w:pPr>
            <w:r>
              <w:rPr>
                <w:sz w:val="20"/>
              </w:rPr>
              <w:t>7</w:t>
            </w:r>
          </w:p>
        </w:tc>
        <w:tc>
          <w:tcPr>
            <w:tcW w:w="2520" w:type="dxa"/>
            <w:tcMar>
              <w:top w:w="60" w:type="dxa"/>
              <w:left w:w="90" w:type="dxa"/>
              <w:bottom w:w="60" w:type="dxa"/>
              <w:right w:w="90" w:type="dxa"/>
            </w:tcMar>
          </w:tcPr>
          <w:p w14:paraId="2CBE4647" w14:textId="77777777" w:rsidR="00C56C88" w:rsidRDefault="00000000">
            <w:pPr>
              <w:spacing w:after="40"/>
            </w:pPr>
            <w:r>
              <w:rPr>
                <w:b/>
                <w:sz w:val="20"/>
              </w:rPr>
              <w:t>Headings</w:t>
            </w:r>
          </w:p>
        </w:tc>
        <w:tc>
          <w:tcPr>
            <w:tcW w:w="6192" w:type="dxa"/>
            <w:tcMar>
              <w:top w:w="60" w:type="dxa"/>
              <w:left w:w="90" w:type="dxa"/>
              <w:bottom w:w="60" w:type="dxa"/>
              <w:right w:w="90" w:type="dxa"/>
            </w:tcMar>
          </w:tcPr>
          <w:p w14:paraId="1A9AD1C9" w14:textId="77777777" w:rsidR="00C56C88" w:rsidRDefault="00000000">
            <w:pPr>
              <w:spacing w:after="40"/>
            </w:pPr>
            <w:r>
              <w:rPr>
                <w:sz w:val="20"/>
              </w:rPr>
              <w:t>Main headings should be bold, consistent, and numbered where required.</w:t>
            </w:r>
          </w:p>
        </w:tc>
      </w:tr>
      <w:tr w:rsidR="00C56C88" w14:paraId="7C21C720" w14:textId="77777777">
        <w:trPr>
          <w:jc w:val="center"/>
        </w:trPr>
        <w:tc>
          <w:tcPr>
            <w:tcW w:w="648" w:type="dxa"/>
            <w:tcMar>
              <w:top w:w="60" w:type="dxa"/>
              <w:left w:w="90" w:type="dxa"/>
              <w:bottom w:w="60" w:type="dxa"/>
              <w:right w:w="90" w:type="dxa"/>
            </w:tcMar>
          </w:tcPr>
          <w:p w14:paraId="746774CA" w14:textId="77777777" w:rsidR="00C56C88" w:rsidRDefault="00000000">
            <w:pPr>
              <w:spacing w:after="40"/>
              <w:jc w:val="center"/>
            </w:pPr>
            <w:r>
              <w:rPr>
                <w:sz w:val="20"/>
              </w:rPr>
              <w:t>8</w:t>
            </w:r>
          </w:p>
        </w:tc>
        <w:tc>
          <w:tcPr>
            <w:tcW w:w="2520" w:type="dxa"/>
            <w:tcMar>
              <w:top w:w="60" w:type="dxa"/>
              <w:left w:w="90" w:type="dxa"/>
              <w:bottom w:w="60" w:type="dxa"/>
              <w:right w:w="90" w:type="dxa"/>
            </w:tcMar>
          </w:tcPr>
          <w:p w14:paraId="3FF84FCF" w14:textId="77777777" w:rsidR="00C56C88" w:rsidRDefault="00000000">
            <w:pPr>
              <w:spacing w:after="40"/>
            </w:pPr>
            <w:r>
              <w:rPr>
                <w:b/>
                <w:sz w:val="20"/>
              </w:rPr>
              <w:t>Body text</w:t>
            </w:r>
          </w:p>
        </w:tc>
        <w:tc>
          <w:tcPr>
            <w:tcW w:w="6192" w:type="dxa"/>
            <w:tcMar>
              <w:top w:w="60" w:type="dxa"/>
              <w:left w:w="90" w:type="dxa"/>
              <w:bottom w:w="60" w:type="dxa"/>
              <w:right w:w="90" w:type="dxa"/>
            </w:tcMar>
          </w:tcPr>
          <w:p w14:paraId="341A9DBA" w14:textId="77777777" w:rsidR="00C56C88" w:rsidRDefault="00000000">
            <w:pPr>
              <w:spacing w:after="40"/>
            </w:pPr>
            <w:r>
              <w:rPr>
                <w:sz w:val="20"/>
              </w:rPr>
              <w:t>Body text should be 12 pt, justified, readable, and consistently spaced.</w:t>
            </w:r>
          </w:p>
        </w:tc>
      </w:tr>
      <w:tr w:rsidR="00C56C88" w14:paraId="7697AF8E" w14:textId="77777777">
        <w:trPr>
          <w:jc w:val="center"/>
        </w:trPr>
        <w:tc>
          <w:tcPr>
            <w:tcW w:w="648" w:type="dxa"/>
            <w:tcMar>
              <w:top w:w="60" w:type="dxa"/>
              <w:left w:w="90" w:type="dxa"/>
              <w:bottom w:w="60" w:type="dxa"/>
              <w:right w:w="90" w:type="dxa"/>
            </w:tcMar>
          </w:tcPr>
          <w:p w14:paraId="36E11FAB" w14:textId="77777777" w:rsidR="00C56C88" w:rsidRDefault="00000000">
            <w:pPr>
              <w:spacing w:after="40"/>
              <w:jc w:val="center"/>
            </w:pPr>
            <w:r>
              <w:rPr>
                <w:sz w:val="20"/>
              </w:rPr>
              <w:t>9</w:t>
            </w:r>
          </w:p>
        </w:tc>
        <w:tc>
          <w:tcPr>
            <w:tcW w:w="2520" w:type="dxa"/>
            <w:tcMar>
              <w:top w:w="60" w:type="dxa"/>
              <w:left w:w="90" w:type="dxa"/>
              <w:bottom w:w="60" w:type="dxa"/>
              <w:right w:w="90" w:type="dxa"/>
            </w:tcMar>
          </w:tcPr>
          <w:p w14:paraId="7588C580" w14:textId="77777777" w:rsidR="00C56C88" w:rsidRDefault="00000000">
            <w:pPr>
              <w:spacing w:after="40"/>
            </w:pPr>
            <w:r>
              <w:rPr>
                <w:b/>
                <w:sz w:val="20"/>
              </w:rPr>
              <w:t>Abstract</w:t>
            </w:r>
          </w:p>
        </w:tc>
        <w:tc>
          <w:tcPr>
            <w:tcW w:w="6192" w:type="dxa"/>
            <w:tcMar>
              <w:top w:w="60" w:type="dxa"/>
              <w:left w:w="90" w:type="dxa"/>
              <w:bottom w:w="60" w:type="dxa"/>
              <w:right w:w="90" w:type="dxa"/>
            </w:tcMar>
          </w:tcPr>
          <w:p w14:paraId="1B0DAC4C" w14:textId="77777777" w:rsidR="00C56C88" w:rsidRDefault="00000000">
            <w:pPr>
              <w:spacing w:after="40"/>
            </w:pPr>
            <w:r>
              <w:rPr>
                <w:sz w:val="20"/>
              </w:rPr>
              <w:t>Abstract should briefly present the purpose, method, scope, and key findings of the study.</w:t>
            </w:r>
          </w:p>
        </w:tc>
      </w:tr>
      <w:tr w:rsidR="00C56C88" w14:paraId="1F4DC1A9" w14:textId="77777777">
        <w:trPr>
          <w:jc w:val="center"/>
        </w:trPr>
        <w:tc>
          <w:tcPr>
            <w:tcW w:w="648" w:type="dxa"/>
            <w:tcMar>
              <w:top w:w="60" w:type="dxa"/>
              <w:left w:w="90" w:type="dxa"/>
              <w:bottom w:w="60" w:type="dxa"/>
              <w:right w:w="90" w:type="dxa"/>
            </w:tcMar>
          </w:tcPr>
          <w:p w14:paraId="3436D385" w14:textId="77777777" w:rsidR="00C56C88" w:rsidRDefault="00000000">
            <w:pPr>
              <w:spacing w:after="40"/>
              <w:jc w:val="center"/>
            </w:pPr>
            <w:r>
              <w:rPr>
                <w:sz w:val="20"/>
              </w:rPr>
              <w:t>10</w:t>
            </w:r>
          </w:p>
        </w:tc>
        <w:tc>
          <w:tcPr>
            <w:tcW w:w="2520" w:type="dxa"/>
            <w:tcMar>
              <w:top w:w="60" w:type="dxa"/>
              <w:left w:w="90" w:type="dxa"/>
              <w:bottom w:w="60" w:type="dxa"/>
              <w:right w:w="90" w:type="dxa"/>
            </w:tcMar>
          </w:tcPr>
          <w:p w14:paraId="365D75C0" w14:textId="77777777" w:rsidR="00C56C88" w:rsidRDefault="00000000">
            <w:pPr>
              <w:spacing w:after="40"/>
            </w:pPr>
            <w:r>
              <w:rPr>
                <w:b/>
                <w:sz w:val="20"/>
              </w:rPr>
              <w:t>Keywords</w:t>
            </w:r>
          </w:p>
        </w:tc>
        <w:tc>
          <w:tcPr>
            <w:tcW w:w="6192" w:type="dxa"/>
            <w:tcMar>
              <w:top w:w="60" w:type="dxa"/>
              <w:left w:w="90" w:type="dxa"/>
              <w:bottom w:w="60" w:type="dxa"/>
              <w:right w:w="90" w:type="dxa"/>
            </w:tcMar>
          </w:tcPr>
          <w:p w14:paraId="3A7B17D3" w14:textId="77777777" w:rsidR="00C56C88" w:rsidRDefault="00000000">
            <w:pPr>
              <w:spacing w:after="40"/>
            </w:pPr>
            <w:r>
              <w:rPr>
                <w:sz w:val="20"/>
              </w:rPr>
              <w:t>Provide 5 to 7 relevant keywords separated by semicolons or commas.</w:t>
            </w:r>
          </w:p>
        </w:tc>
      </w:tr>
      <w:tr w:rsidR="00C56C88" w14:paraId="542D70BE" w14:textId="77777777">
        <w:trPr>
          <w:jc w:val="center"/>
        </w:trPr>
        <w:tc>
          <w:tcPr>
            <w:tcW w:w="648" w:type="dxa"/>
            <w:tcMar>
              <w:top w:w="60" w:type="dxa"/>
              <w:left w:w="90" w:type="dxa"/>
              <w:bottom w:w="60" w:type="dxa"/>
              <w:right w:w="90" w:type="dxa"/>
            </w:tcMar>
          </w:tcPr>
          <w:p w14:paraId="050B393B" w14:textId="77777777" w:rsidR="00C56C88" w:rsidRDefault="00000000">
            <w:pPr>
              <w:spacing w:after="40"/>
              <w:jc w:val="center"/>
            </w:pPr>
            <w:r>
              <w:rPr>
                <w:sz w:val="20"/>
              </w:rPr>
              <w:t>11</w:t>
            </w:r>
          </w:p>
        </w:tc>
        <w:tc>
          <w:tcPr>
            <w:tcW w:w="2520" w:type="dxa"/>
            <w:tcMar>
              <w:top w:w="60" w:type="dxa"/>
              <w:left w:w="90" w:type="dxa"/>
              <w:bottom w:w="60" w:type="dxa"/>
              <w:right w:w="90" w:type="dxa"/>
            </w:tcMar>
          </w:tcPr>
          <w:p w14:paraId="1A9F2ED4" w14:textId="77777777" w:rsidR="00C56C88" w:rsidRDefault="00000000">
            <w:pPr>
              <w:spacing w:after="40"/>
            </w:pPr>
            <w:r>
              <w:rPr>
                <w:b/>
                <w:sz w:val="20"/>
              </w:rPr>
              <w:t>Tables/Figures</w:t>
            </w:r>
          </w:p>
        </w:tc>
        <w:tc>
          <w:tcPr>
            <w:tcW w:w="6192" w:type="dxa"/>
            <w:tcMar>
              <w:top w:w="60" w:type="dxa"/>
              <w:left w:w="90" w:type="dxa"/>
              <w:bottom w:w="60" w:type="dxa"/>
              <w:right w:w="90" w:type="dxa"/>
            </w:tcMar>
          </w:tcPr>
          <w:p w14:paraId="67D43CCD" w14:textId="77777777" w:rsidR="00C56C88" w:rsidRDefault="00000000">
            <w:pPr>
              <w:spacing w:after="40"/>
            </w:pPr>
            <w:r>
              <w:rPr>
                <w:sz w:val="20"/>
              </w:rPr>
              <w:t>Tables and figures should be numbered, titled, readable, and cited in the manuscript text.</w:t>
            </w:r>
          </w:p>
        </w:tc>
      </w:tr>
      <w:tr w:rsidR="00C56C88" w14:paraId="6AE252A7" w14:textId="77777777">
        <w:trPr>
          <w:jc w:val="center"/>
        </w:trPr>
        <w:tc>
          <w:tcPr>
            <w:tcW w:w="648" w:type="dxa"/>
            <w:tcMar>
              <w:top w:w="60" w:type="dxa"/>
              <w:left w:w="90" w:type="dxa"/>
              <w:bottom w:w="60" w:type="dxa"/>
              <w:right w:w="90" w:type="dxa"/>
            </w:tcMar>
          </w:tcPr>
          <w:p w14:paraId="6E4B14EB" w14:textId="77777777" w:rsidR="00C56C88" w:rsidRDefault="00000000">
            <w:pPr>
              <w:spacing w:after="40"/>
              <w:jc w:val="center"/>
            </w:pPr>
            <w:r>
              <w:rPr>
                <w:sz w:val="20"/>
              </w:rPr>
              <w:t>12</w:t>
            </w:r>
          </w:p>
        </w:tc>
        <w:tc>
          <w:tcPr>
            <w:tcW w:w="2520" w:type="dxa"/>
            <w:tcMar>
              <w:top w:w="60" w:type="dxa"/>
              <w:left w:w="90" w:type="dxa"/>
              <w:bottom w:w="60" w:type="dxa"/>
              <w:right w:w="90" w:type="dxa"/>
            </w:tcMar>
          </w:tcPr>
          <w:p w14:paraId="516E6ACA" w14:textId="77777777" w:rsidR="00C56C88" w:rsidRDefault="00000000">
            <w:pPr>
              <w:spacing w:after="40"/>
            </w:pPr>
            <w:r>
              <w:rPr>
                <w:b/>
                <w:sz w:val="20"/>
              </w:rPr>
              <w:t>References</w:t>
            </w:r>
          </w:p>
        </w:tc>
        <w:tc>
          <w:tcPr>
            <w:tcW w:w="6192" w:type="dxa"/>
            <w:tcMar>
              <w:top w:w="60" w:type="dxa"/>
              <w:left w:w="90" w:type="dxa"/>
              <w:bottom w:w="60" w:type="dxa"/>
              <w:right w:w="90" w:type="dxa"/>
            </w:tcMar>
          </w:tcPr>
          <w:p w14:paraId="1403A51F" w14:textId="77777777" w:rsidR="00C56C88" w:rsidRDefault="00000000">
            <w:pPr>
              <w:spacing w:after="40"/>
            </w:pPr>
            <w:r>
              <w:rPr>
                <w:sz w:val="20"/>
              </w:rPr>
              <w:t>References should be complete, consistent, and follow APA, MLA, or the journal-specified style.</w:t>
            </w:r>
          </w:p>
        </w:tc>
      </w:tr>
      <w:tr w:rsidR="00C56C88" w14:paraId="3FE813CD" w14:textId="77777777">
        <w:trPr>
          <w:jc w:val="center"/>
        </w:trPr>
        <w:tc>
          <w:tcPr>
            <w:tcW w:w="648" w:type="dxa"/>
            <w:tcMar>
              <w:top w:w="60" w:type="dxa"/>
              <w:left w:w="90" w:type="dxa"/>
              <w:bottom w:w="60" w:type="dxa"/>
              <w:right w:w="90" w:type="dxa"/>
            </w:tcMar>
          </w:tcPr>
          <w:p w14:paraId="0789B9F2" w14:textId="77777777" w:rsidR="00C56C88" w:rsidRDefault="00000000">
            <w:pPr>
              <w:spacing w:after="40"/>
              <w:jc w:val="center"/>
            </w:pPr>
            <w:r>
              <w:rPr>
                <w:sz w:val="20"/>
              </w:rPr>
              <w:t>13</w:t>
            </w:r>
          </w:p>
        </w:tc>
        <w:tc>
          <w:tcPr>
            <w:tcW w:w="2520" w:type="dxa"/>
            <w:tcMar>
              <w:top w:w="60" w:type="dxa"/>
              <w:left w:w="90" w:type="dxa"/>
              <w:bottom w:w="60" w:type="dxa"/>
              <w:right w:w="90" w:type="dxa"/>
            </w:tcMar>
          </w:tcPr>
          <w:p w14:paraId="49AF3455" w14:textId="77777777" w:rsidR="00C56C88" w:rsidRDefault="00000000">
            <w:pPr>
              <w:spacing w:after="40"/>
            </w:pPr>
            <w:r>
              <w:rPr>
                <w:b/>
                <w:sz w:val="20"/>
              </w:rPr>
              <w:t>File format</w:t>
            </w:r>
          </w:p>
        </w:tc>
        <w:tc>
          <w:tcPr>
            <w:tcW w:w="6192" w:type="dxa"/>
            <w:tcMar>
              <w:top w:w="60" w:type="dxa"/>
              <w:left w:w="90" w:type="dxa"/>
              <w:bottom w:w="60" w:type="dxa"/>
              <w:right w:w="90" w:type="dxa"/>
            </w:tcMar>
          </w:tcPr>
          <w:p w14:paraId="61777C4A" w14:textId="77777777" w:rsidR="00C56C88" w:rsidRDefault="00000000">
            <w:pPr>
              <w:spacing w:after="40"/>
            </w:pPr>
            <w:r>
              <w:rPr>
                <w:sz w:val="20"/>
              </w:rPr>
              <w:t>Submit the manuscript in DOC or DOCX format unless the journal asks for another format.</w:t>
            </w:r>
          </w:p>
        </w:tc>
      </w:tr>
    </w:tbl>
    <w:p w14:paraId="454C6F0C" w14:textId="77777777" w:rsidR="00CD30CD" w:rsidRDefault="00CD30CD"/>
    <w:sectPr w:rsidR="00CD30CD" w:rsidSect="00034616">
      <w:pgSz w:w="11909" w:h="16834"/>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6B409A"/>
    <w:multiLevelType w:val="hybridMultilevel"/>
    <w:tmpl w:val="5F2A33C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1C55E70"/>
    <w:multiLevelType w:val="hybridMultilevel"/>
    <w:tmpl w:val="6784AE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96849361">
    <w:abstractNumId w:val="8"/>
  </w:num>
  <w:num w:numId="2" w16cid:durableId="271404965">
    <w:abstractNumId w:val="6"/>
  </w:num>
  <w:num w:numId="3" w16cid:durableId="848713441">
    <w:abstractNumId w:val="5"/>
  </w:num>
  <w:num w:numId="4" w16cid:durableId="585040035">
    <w:abstractNumId w:val="4"/>
  </w:num>
  <w:num w:numId="5" w16cid:durableId="603422085">
    <w:abstractNumId w:val="7"/>
  </w:num>
  <w:num w:numId="6" w16cid:durableId="1314872487">
    <w:abstractNumId w:val="3"/>
  </w:num>
  <w:num w:numId="7" w16cid:durableId="489712872">
    <w:abstractNumId w:val="2"/>
  </w:num>
  <w:num w:numId="8" w16cid:durableId="1915820772">
    <w:abstractNumId w:val="1"/>
  </w:num>
  <w:num w:numId="9" w16cid:durableId="1973361949">
    <w:abstractNumId w:val="0"/>
  </w:num>
  <w:num w:numId="10" w16cid:durableId="465663819">
    <w:abstractNumId w:val="10"/>
  </w:num>
  <w:num w:numId="11" w16cid:durableId="13790145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7A7A"/>
    <w:rsid w:val="0029639D"/>
    <w:rsid w:val="00326F90"/>
    <w:rsid w:val="00352027"/>
    <w:rsid w:val="00536D02"/>
    <w:rsid w:val="006527E7"/>
    <w:rsid w:val="007E6BE2"/>
    <w:rsid w:val="00AA1D8D"/>
    <w:rsid w:val="00B47730"/>
    <w:rsid w:val="00C56C88"/>
    <w:rsid w:val="00CB0664"/>
    <w:rsid w:val="00CD30CD"/>
    <w:rsid w:val="00CF5584"/>
    <w:rsid w:val="00D53A3E"/>
    <w:rsid w:val="00DB2A0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7F4775"/>
  <w14:defaultImageDpi w14:val="300"/>
  <w15:docId w15:val="{759CD404-C7B0-49F4-851A-BE753AEE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1760</Words>
  <Characters>10034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11771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Universal Journal Paper Template</dc:title>
  <dc:subject>Universal manuscript template for academic journals</dc:subject>
  <dc:creator>Global Publications</dc:creator>
  <cp:keywords/>
  <dc:description/>
  <cp:lastModifiedBy>Raghwendra Yadav</cp:lastModifiedBy>
  <cp:revision>5</cp:revision>
  <dcterms:created xsi:type="dcterms:W3CDTF">2013-12-23T23:15:00Z</dcterms:created>
  <dcterms:modified xsi:type="dcterms:W3CDTF">2026-08-17T10:02:00Z</dcterms:modified>
  <cp:category/>
</cp:coreProperties>
</file>